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E2CB7" w14:textId="77777777" w:rsidR="00F8671E" w:rsidRDefault="00000000">
      <w:pPr>
        <w:spacing w:before="120" w:after="320"/>
        <w:jc w:val="center"/>
      </w:pPr>
      <w:r>
        <w:rPr>
          <w:noProof/>
        </w:rPr>
        <w:drawing>
          <wp:inline distT="0" distB="0" distL="0" distR="0" wp14:anchorId="0E71A90D" wp14:editId="396F1B3C">
            <wp:extent cx="5623560" cy="2994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freeway_logo_bann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99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64278" w14:textId="77777777" w:rsidR="00F8671E" w:rsidRDefault="00000000">
      <w:pPr>
        <w:jc w:val="center"/>
      </w:pPr>
      <w:r>
        <w:rPr>
          <w:rFonts w:ascii="Aptos Display" w:hAnsi="Aptos Display"/>
          <w:b/>
          <w:sz w:val="36"/>
        </w:rPr>
        <w:t>CLIENT DISCOVERY QUESTIONNAIRES</w:t>
      </w:r>
    </w:p>
    <w:p w14:paraId="2E50D534" w14:textId="77777777" w:rsidR="00F8671E" w:rsidRDefault="00000000">
      <w:pPr>
        <w:jc w:val="center"/>
      </w:pPr>
      <w:r>
        <w:rPr>
          <w:color w:val="465064"/>
          <w:sz w:val="22"/>
        </w:rPr>
        <w:t>Подробен пакет въпросници за брандинг, дизайн, сайт, реклама, администрация и бизнес подкрепа</w:t>
      </w:r>
    </w:p>
    <w:p w14:paraId="6E0FFD09" w14:textId="77777777" w:rsidR="00F8671E" w:rsidRDefault="00000000">
      <w:r>
        <w:br/>
      </w:r>
    </w:p>
    <w:tbl>
      <w:tblPr>
        <w:tblW w:w="0" w:type="auto"/>
        <w:tblBorders>
          <w:top w:val="single" w:sz="6" w:space="0" w:color="D4AF6A"/>
          <w:left w:val="single" w:sz="6" w:space="0" w:color="D4AF6A"/>
          <w:bottom w:val="single" w:sz="6" w:space="0" w:color="D4AF6A"/>
          <w:right w:val="single" w:sz="6" w:space="0" w:color="D4AF6A"/>
          <w:insideH w:val="single" w:sz="6" w:space="0" w:color="D4AF6A"/>
          <w:insideV w:val="single" w:sz="6" w:space="0" w:color="D4AF6A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A412089" w14:textId="77777777">
        <w:tc>
          <w:tcPr>
            <w:tcW w:w="10080" w:type="dxa"/>
            <w:shd w:val="clear" w:color="auto" w:fill="F3E8D5"/>
          </w:tcPr>
          <w:p w14:paraId="766B379B" w14:textId="77777777" w:rsidR="00F8671E" w:rsidRDefault="00000000">
            <w:r>
              <w:rPr>
                <w:b/>
              </w:rPr>
              <w:t>Цел: да разберем не само какво клиентът иска да получи, а какво иска хората да почувстват, разберат и направят след контакта с неговия бизнес.</w:t>
            </w:r>
          </w:p>
        </w:tc>
      </w:tr>
    </w:tbl>
    <w:p w14:paraId="7F89D88B" w14:textId="77777777" w:rsidR="00F8671E" w:rsidRDefault="00F8671E"/>
    <w:p w14:paraId="66455636" w14:textId="77777777" w:rsidR="00F8671E" w:rsidRDefault="00000000">
      <w:pPr>
        <w:spacing w:before="900"/>
        <w:jc w:val="center"/>
      </w:pPr>
      <w:r>
        <w:rPr>
          <w:b/>
        </w:rPr>
        <w:t>Freeway Business Consultancy</w:t>
      </w:r>
    </w:p>
    <w:p w14:paraId="0D09506E" w14:textId="77777777" w:rsidR="00F8671E" w:rsidRDefault="00000000">
      <w:pPr>
        <w:jc w:val="center"/>
      </w:pPr>
      <w:r>
        <w:rPr>
          <w:color w:val="465064"/>
        </w:rPr>
        <w:t>Вътрешен работен документ • България</w:t>
      </w:r>
    </w:p>
    <w:p w14:paraId="395F3446" w14:textId="77777777" w:rsidR="00F8671E" w:rsidRDefault="00000000">
      <w:r>
        <w:br w:type="page"/>
      </w:r>
    </w:p>
    <w:p w14:paraId="146530A2" w14:textId="77777777" w:rsidR="00F8671E" w:rsidRDefault="00000000">
      <w:pPr>
        <w:pStyle w:val="Heading1"/>
      </w:pPr>
      <w:r>
        <w:lastRenderedPageBreak/>
        <w:t>Как се използва пакетът</w:t>
      </w:r>
    </w:p>
    <w:p w14:paraId="09076A1B" w14:textId="77777777" w:rsidR="00F8671E" w:rsidRDefault="00000000">
      <w:pPr>
        <w:spacing w:after="160"/>
      </w:pPr>
      <w:r>
        <w:rPr>
          <w:i/>
          <w:color w:val="465064"/>
        </w:rPr>
        <w:t>Общият въпросник се попълва веднъж. След това се използват само модулите, които съответстват на избраната услуга.</w:t>
      </w:r>
    </w:p>
    <w:tbl>
      <w:tblPr>
        <w:tblW w:w="0" w:type="auto"/>
        <w:jc w:val="center"/>
        <w:tblBorders>
          <w:top w:val="single" w:sz="3" w:space="0" w:color="E8DED9"/>
          <w:left w:val="single" w:sz="3" w:space="0" w:color="E8DED9"/>
          <w:bottom w:val="single" w:sz="3" w:space="0" w:color="E8DED9"/>
          <w:right w:val="single" w:sz="3" w:space="0" w:color="E8DED9"/>
          <w:insideH w:val="single" w:sz="3" w:space="0" w:color="E8DED9"/>
          <w:insideV w:val="single" w:sz="3" w:space="0" w:color="E8DED9"/>
        </w:tblBorders>
        <w:tblLook w:val="04A0" w:firstRow="1" w:lastRow="0" w:firstColumn="1" w:lastColumn="0" w:noHBand="0" w:noVBand="1"/>
      </w:tblPr>
      <w:tblGrid>
        <w:gridCol w:w="5040"/>
        <w:gridCol w:w="5040"/>
      </w:tblGrid>
      <w:tr w:rsidR="00F8671E" w14:paraId="57BAFEC8" w14:textId="77777777">
        <w:trPr>
          <w:jc w:val="center"/>
        </w:trPr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7E4A92" w14:textId="77777777" w:rsidR="00F8671E" w:rsidRDefault="00000000">
            <w:r>
              <w:t>□ Общ клиентски бриф</w:t>
            </w:r>
          </w:p>
        </w:tc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FFCF28" w14:textId="77777777" w:rsidR="00F8671E" w:rsidRDefault="00000000">
            <w:r>
              <w:t>□ Брандинг и визуална идентичност</w:t>
            </w:r>
          </w:p>
        </w:tc>
      </w:tr>
      <w:tr w:rsidR="00F8671E" w14:paraId="56EF0A64" w14:textId="77777777">
        <w:trPr>
          <w:jc w:val="center"/>
        </w:trPr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CD22E9" w14:textId="77777777" w:rsidR="00F8671E" w:rsidRDefault="00000000">
            <w:r>
              <w:t>□ Лого</w:t>
            </w:r>
          </w:p>
        </w:tc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C11FD5" w14:textId="77777777" w:rsidR="00F8671E" w:rsidRDefault="00000000">
            <w:r>
              <w:t>□ Ребрандинг</w:t>
            </w:r>
          </w:p>
        </w:tc>
      </w:tr>
      <w:tr w:rsidR="00F8671E" w14:paraId="0D113A94" w14:textId="77777777">
        <w:trPr>
          <w:jc w:val="center"/>
        </w:trPr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6E7A44" w14:textId="77777777" w:rsidR="00F8671E" w:rsidRDefault="00000000">
            <w:r>
              <w:t>□ Печатен и рекламен дизайн</w:t>
            </w:r>
          </w:p>
        </w:tc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5557AC" w14:textId="77777777" w:rsidR="00F8671E" w:rsidRDefault="00000000">
            <w:r>
              <w:t>□ Сайт / landing page</w:t>
            </w:r>
          </w:p>
        </w:tc>
      </w:tr>
      <w:tr w:rsidR="00F8671E" w14:paraId="364A1A32" w14:textId="77777777">
        <w:trPr>
          <w:jc w:val="center"/>
        </w:trPr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00F21E" w14:textId="77777777" w:rsidR="00F8671E" w:rsidRDefault="00000000">
            <w:r>
              <w:t>□ Социални мрежи – съдържание</w:t>
            </w:r>
          </w:p>
        </w:tc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554522" w14:textId="77777777" w:rsidR="00F8671E" w:rsidRDefault="00000000">
            <w:r>
              <w:t>□ Google Business Profile</w:t>
            </w:r>
          </w:p>
        </w:tc>
      </w:tr>
      <w:tr w:rsidR="00F8671E" w14:paraId="1A04C1CF" w14:textId="77777777">
        <w:trPr>
          <w:jc w:val="center"/>
        </w:trPr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DBB8C5" w14:textId="77777777" w:rsidR="00F8671E" w:rsidRDefault="00000000">
            <w:r>
              <w:t>□ Meta Ads</w:t>
            </w:r>
          </w:p>
        </w:tc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4C37C8" w14:textId="77777777" w:rsidR="00F8671E" w:rsidRDefault="00000000">
            <w:r>
              <w:t>□ Google Ads</w:t>
            </w:r>
          </w:p>
        </w:tc>
      </w:tr>
      <w:tr w:rsidR="00F8671E" w14:paraId="69FC9772" w14:textId="77777777">
        <w:trPr>
          <w:jc w:val="center"/>
        </w:trPr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8BE6FC" w14:textId="77777777" w:rsidR="00F8671E" w:rsidRDefault="00000000">
            <w:r>
              <w:t>□ Административна подкрепа</w:t>
            </w:r>
          </w:p>
        </w:tc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2921A5" w14:textId="77777777" w:rsidR="00F8671E" w:rsidRDefault="00000000">
            <w:r>
              <w:t>□ Sales support</w:t>
            </w:r>
          </w:p>
        </w:tc>
      </w:tr>
      <w:tr w:rsidR="00F8671E" w14:paraId="1398318E" w14:textId="77777777">
        <w:trPr>
          <w:jc w:val="center"/>
        </w:trPr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4AEED2" w14:textId="77777777" w:rsidR="00F8671E" w:rsidRDefault="00000000">
            <w:r>
              <w:t>□ Business Start</w:t>
            </w:r>
          </w:p>
        </w:tc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B8B22D" w14:textId="77777777" w:rsidR="00F8671E" w:rsidRDefault="00000000">
            <w:r>
              <w:t>□ Business Upgrade</w:t>
            </w:r>
          </w:p>
        </w:tc>
      </w:tr>
      <w:tr w:rsidR="00F8671E" w14:paraId="1D3E7987" w14:textId="77777777">
        <w:trPr>
          <w:jc w:val="center"/>
        </w:trPr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B1D9D2" w14:textId="77777777" w:rsidR="00F8671E" w:rsidRDefault="00000000">
            <w:r>
              <w:t>□ Business Desk – месечна подкрепа</w:t>
            </w:r>
          </w:p>
        </w:tc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FE20D5" w14:textId="77777777" w:rsidR="00F8671E" w:rsidRDefault="00000000">
            <w:r>
              <w:t>□ Дигитални документи и шаблони</w:t>
            </w:r>
          </w:p>
        </w:tc>
      </w:tr>
      <w:tr w:rsidR="00F8671E" w14:paraId="3269DCA5" w14:textId="77777777">
        <w:trPr>
          <w:jc w:val="center"/>
        </w:trPr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C8E3F9" w14:textId="77777777" w:rsidR="00F8671E" w:rsidRDefault="00000000">
            <w:r>
              <w:t>□ Секторни допълнения</w:t>
            </w:r>
          </w:p>
        </w:tc>
        <w:tc>
          <w:tcPr>
            <w:tcW w:w="5040" w:type="dxa"/>
          </w:tcPr>
          <w:p w14:paraId="35DE7637" w14:textId="77777777" w:rsidR="00F8671E" w:rsidRDefault="00F8671E"/>
        </w:tc>
      </w:tr>
    </w:tbl>
    <w:p w14:paraId="224281E1" w14:textId="77777777" w:rsidR="00F8671E" w:rsidRDefault="00F8671E"/>
    <w:tbl>
      <w:tblPr>
        <w:tblW w:w="0" w:type="auto"/>
        <w:tblBorders>
          <w:top w:val="single" w:sz="6" w:space="0" w:color="D4AF6A"/>
          <w:left w:val="single" w:sz="6" w:space="0" w:color="D4AF6A"/>
          <w:bottom w:val="single" w:sz="6" w:space="0" w:color="D4AF6A"/>
          <w:right w:val="single" w:sz="6" w:space="0" w:color="D4AF6A"/>
          <w:insideH w:val="single" w:sz="6" w:space="0" w:color="D4AF6A"/>
          <w:insideV w:val="single" w:sz="6" w:space="0" w:color="D4AF6A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24D1DD9" w14:textId="77777777">
        <w:tc>
          <w:tcPr>
            <w:tcW w:w="10080" w:type="dxa"/>
            <w:shd w:val="clear" w:color="auto" w:fill="F3E8D5"/>
          </w:tcPr>
          <w:p w14:paraId="6C7D69B4" w14:textId="77777777" w:rsidR="00F8671E" w:rsidRDefault="00000000">
            <w:r>
              <w:rPr>
                <w:b/>
              </w:rPr>
              <w:t>Freeway не трябва да започва дизайн, преди да е ясно: за кого е, какъв проблем решава, какво усещане трябва да създаде и какво действие трябва да предизвика.</w:t>
            </w:r>
          </w:p>
        </w:tc>
      </w:tr>
    </w:tbl>
    <w:p w14:paraId="037EC043" w14:textId="77777777" w:rsidR="00F8671E" w:rsidRDefault="00F8671E"/>
    <w:p w14:paraId="30A2872F" w14:textId="77777777" w:rsidR="00F8671E" w:rsidRDefault="00000000">
      <w:pPr>
        <w:pStyle w:val="Heading1"/>
      </w:pPr>
      <w:r>
        <w:t>Съдържание</w:t>
      </w:r>
    </w:p>
    <w:p w14:paraId="6628DC6E" w14:textId="77777777" w:rsidR="00F8671E" w:rsidRDefault="00000000">
      <w:r>
        <w:t>1. Общ клиентски бриф</w:t>
      </w:r>
    </w:p>
    <w:p w14:paraId="489D574E" w14:textId="77777777" w:rsidR="00F8671E" w:rsidRDefault="00000000">
      <w:r>
        <w:t>2. Брандинг и визуална идентичност</w:t>
      </w:r>
    </w:p>
    <w:p w14:paraId="572B2207" w14:textId="77777777" w:rsidR="00F8671E" w:rsidRDefault="00000000">
      <w:r>
        <w:t>3. Лого – самостоятелен проект</w:t>
      </w:r>
    </w:p>
    <w:p w14:paraId="2CC54674" w14:textId="77777777" w:rsidR="00F8671E" w:rsidRDefault="00000000">
      <w:r>
        <w:t>4. Ребрандинг</w:t>
      </w:r>
    </w:p>
    <w:p w14:paraId="272C96CD" w14:textId="77777777" w:rsidR="00F8671E" w:rsidRDefault="00000000">
      <w:r>
        <w:t>5. Печатен и рекламен дизайн</w:t>
      </w:r>
    </w:p>
    <w:p w14:paraId="74A1F4F6" w14:textId="77777777" w:rsidR="00F8671E" w:rsidRDefault="00000000">
      <w:r>
        <w:t>6. Уебсайт / Landing Page</w:t>
      </w:r>
    </w:p>
    <w:p w14:paraId="043F6DF1" w14:textId="77777777" w:rsidR="00F8671E" w:rsidRDefault="00000000">
      <w:r>
        <w:t>7. Социални мрежи – съдържание</w:t>
      </w:r>
    </w:p>
    <w:p w14:paraId="106971AC" w14:textId="77777777" w:rsidR="00F8671E" w:rsidRDefault="00000000">
      <w:r>
        <w:t>8. Google Business Profile</w:t>
      </w:r>
    </w:p>
    <w:p w14:paraId="383A9306" w14:textId="77777777" w:rsidR="00F8671E" w:rsidRDefault="00000000">
      <w:r>
        <w:t>9. Meta Ads</w:t>
      </w:r>
    </w:p>
    <w:p w14:paraId="3A272838" w14:textId="77777777" w:rsidR="00F8671E" w:rsidRDefault="00000000">
      <w:r>
        <w:t>10. Google Ads</w:t>
      </w:r>
    </w:p>
    <w:p w14:paraId="0B3EBA6C" w14:textId="77777777" w:rsidR="00F8671E" w:rsidRDefault="00000000">
      <w:r>
        <w:t>11. Административна подкрепа / Virtual Assistant</w:t>
      </w:r>
    </w:p>
    <w:p w14:paraId="00827F0E" w14:textId="77777777" w:rsidR="00F8671E" w:rsidRDefault="00000000">
      <w:r>
        <w:t>12. Sales Support</w:t>
      </w:r>
    </w:p>
    <w:p w14:paraId="2950E9F2" w14:textId="77777777" w:rsidR="00F8671E" w:rsidRDefault="00000000">
      <w:r>
        <w:t>13. Freeway Business Start</w:t>
      </w:r>
    </w:p>
    <w:p w14:paraId="202BA2B0" w14:textId="77777777" w:rsidR="00F8671E" w:rsidRDefault="00000000">
      <w:r>
        <w:t>14. Freeway Business Upgrade</w:t>
      </w:r>
    </w:p>
    <w:p w14:paraId="450CFAA3" w14:textId="77777777" w:rsidR="00F8671E" w:rsidRDefault="00000000">
      <w:r>
        <w:t>15. Freeway Business Desk</w:t>
      </w:r>
    </w:p>
    <w:p w14:paraId="1DF8265B" w14:textId="77777777" w:rsidR="00F8671E" w:rsidRDefault="00000000">
      <w:r>
        <w:t>16. Дигитални документи и шаблони</w:t>
      </w:r>
    </w:p>
    <w:p w14:paraId="53E438D7" w14:textId="77777777" w:rsidR="00F8671E" w:rsidRDefault="00000000">
      <w:r>
        <w:t>17. Секторни допълнения</w:t>
      </w:r>
    </w:p>
    <w:p w14:paraId="75656A64" w14:textId="77777777" w:rsidR="00F8671E" w:rsidRDefault="00000000">
      <w:r>
        <w:t>18. Финално уточняване и одобрение</w:t>
      </w:r>
    </w:p>
    <w:p w14:paraId="4EAF79CF" w14:textId="77777777" w:rsidR="00F8671E" w:rsidRDefault="00000000">
      <w:r>
        <w:br w:type="page"/>
      </w:r>
    </w:p>
    <w:p w14:paraId="3CE0E13A" w14:textId="77777777" w:rsidR="00F8671E" w:rsidRDefault="00000000">
      <w:pPr>
        <w:pStyle w:val="Heading1"/>
      </w:pPr>
      <w:r>
        <w:lastRenderedPageBreak/>
        <w:t>1. Общ клиентски бриф</w:t>
      </w:r>
    </w:p>
    <w:p w14:paraId="1A2D3E8C" w14:textId="77777777" w:rsidR="00F8671E" w:rsidRDefault="00000000">
      <w:pPr>
        <w:spacing w:after="160"/>
      </w:pPr>
      <w:r>
        <w:rPr>
          <w:i/>
          <w:color w:val="465064"/>
        </w:rPr>
        <w:t>Попълва се за всеки нов клиент, независимо от конкретната услуга.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0985F869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54C5377B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2CEE537C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4E0581CE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445199CC" w14:textId="77777777" w:rsidR="00F8671E" w:rsidRDefault="00000000">
            <w:r>
              <w:t xml:space="preserve"> </w:t>
            </w:r>
          </w:p>
        </w:tc>
      </w:tr>
      <w:tr w:rsidR="00F8671E" w14:paraId="2003E8AE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73978AB1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17B08B22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6AD6614E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3D5FD1E4" w14:textId="77777777" w:rsidR="00F8671E" w:rsidRDefault="00000000">
            <w:r>
              <w:t xml:space="preserve"> </w:t>
            </w:r>
          </w:p>
        </w:tc>
      </w:tr>
    </w:tbl>
    <w:p w14:paraId="51020E50" w14:textId="77777777" w:rsidR="00F8671E" w:rsidRDefault="00F8671E"/>
    <w:p w14:paraId="56EBE841" w14:textId="77777777" w:rsidR="00F8671E" w:rsidRDefault="00000000">
      <w:pPr>
        <w:pStyle w:val="Question"/>
      </w:pPr>
      <w:r>
        <w:t>Как се казва бизнесът / проектът?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143740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39F39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23C6E78B" w14:textId="77777777" w:rsidR="00F8671E" w:rsidRDefault="00F8671E">
      <w:pPr>
        <w:spacing w:after="20"/>
      </w:pPr>
    </w:p>
    <w:p w14:paraId="20AD7F6A" w14:textId="77777777" w:rsidR="00F8671E" w:rsidRDefault="00000000">
      <w:pPr>
        <w:pStyle w:val="Question"/>
      </w:pPr>
      <w:r>
        <w:t>С какво се занимава бизнесът – с ваши думи?</w:t>
      </w:r>
    </w:p>
    <w:p w14:paraId="3AFDB6A9" w14:textId="77777777" w:rsidR="00F8671E" w:rsidRDefault="00000000">
      <w:pPr>
        <w:pStyle w:val="Small"/>
      </w:pPr>
      <w:r>
        <w:t>Опишете основната дейност така, както бихте я обяснили на нов клиент.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E1A042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55513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71D023D" w14:textId="77777777" w:rsidR="00F8671E" w:rsidRDefault="00F8671E">
      <w:pPr>
        <w:spacing w:after="20"/>
      </w:pPr>
    </w:p>
    <w:p w14:paraId="4EEBA3FE" w14:textId="77777777" w:rsidR="00F8671E" w:rsidRDefault="00000000">
      <w:pPr>
        <w:pStyle w:val="Question"/>
      </w:pPr>
      <w:r>
        <w:t>От колко време съществува бизнесът?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84F941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FF2C3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3FF02D76" w14:textId="77777777" w:rsidR="00F8671E" w:rsidRDefault="00F8671E">
      <w:pPr>
        <w:spacing w:after="20"/>
      </w:pPr>
    </w:p>
    <w:p w14:paraId="7C0CE72C" w14:textId="77777777" w:rsidR="00F8671E" w:rsidRDefault="00000000">
      <w:pPr>
        <w:pStyle w:val="Question"/>
      </w:pPr>
      <w:r>
        <w:t>Къде работите / кои населени места обслужвате?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FB3971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0D84F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47B7CACF" w14:textId="77777777" w:rsidR="00F8671E" w:rsidRDefault="00F8671E">
      <w:pPr>
        <w:spacing w:after="20"/>
      </w:pPr>
    </w:p>
    <w:p w14:paraId="70EC3A4B" w14:textId="77777777" w:rsidR="00F8671E" w:rsidRDefault="00000000">
      <w:pPr>
        <w:pStyle w:val="Question"/>
      </w:pPr>
      <w:r>
        <w:t>Какви са основните ви продукти или услуги?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F0CC59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8539F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08041E8D" w14:textId="77777777" w:rsidR="00F8671E" w:rsidRDefault="00F8671E">
      <w:pPr>
        <w:spacing w:after="20"/>
      </w:pPr>
    </w:p>
    <w:p w14:paraId="2114B6A8" w14:textId="77777777" w:rsidR="00F8671E" w:rsidRDefault="00000000">
      <w:pPr>
        <w:pStyle w:val="Question"/>
      </w:pPr>
      <w:r>
        <w:t>Кои 3 услуги или продукти са най-важни за приходите ви?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4A3F45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AFFDAF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0E0CE26" w14:textId="77777777" w:rsidR="00F8671E" w:rsidRDefault="00F8671E">
      <w:pPr>
        <w:spacing w:after="20"/>
      </w:pPr>
    </w:p>
    <w:p w14:paraId="0B5151EA" w14:textId="77777777" w:rsidR="00F8671E" w:rsidRDefault="00000000">
      <w:pPr>
        <w:pStyle w:val="Question"/>
      </w:pPr>
      <w:r>
        <w:t>Кой е вашият най-типичен клиент?</w:t>
      </w:r>
    </w:p>
    <w:p w14:paraId="49C023C5" w14:textId="77777777" w:rsidR="00F8671E" w:rsidRDefault="00000000">
      <w:pPr>
        <w:pStyle w:val="Small"/>
      </w:pPr>
      <w:r>
        <w:t>Възраст, пол ако е релевантно, местоположение, доход/бюджет, нужди, навици.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572413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292B6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2B3DBE11" w14:textId="77777777" w:rsidR="00F8671E" w:rsidRDefault="00F8671E">
      <w:pPr>
        <w:spacing w:after="20"/>
      </w:pPr>
    </w:p>
    <w:p w14:paraId="7AB16425" w14:textId="77777777" w:rsidR="00F8671E" w:rsidRDefault="00000000">
      <w:pPr>
        <w:pStyle w:val="Question"/>
      </w:pPr>
      <w:r>
        <w:t>Какъв проблем решавате за този клиент?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7FBE19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5BD4B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5097243" w14:textId="77777777" w:rsidR="00F8671E" w:rsidRDefault="00F8671E">
      <w:pPr>
        <w:spacing w:after="20"/>
      </w:pPr>
    </w:p>
    <w:p w14:paraId="4671451D" w14:textId="77777777" w:rsidR="00F8671E" w:rsidRDefault="00D56B97">
      <w:pPr>
        <w:pStyle w:val="Question"/>
      </w:pPr>
      <w:r>
        <w:rPr>
          <w:lang w:val="bg-BG"/>
        </w:rPr>
        <w:lastRenderedPageBreak/>
        <w:br/>
      </w:r>
      <w:proofErr w:type="spellStart"/>
      <w:r>
        <w:t>Защо</w:t>
      </w:r>
      <w:proofErr w:type="spellEnd"/>
      <w:r>
        <w:t xml:space="preserve"> </w:t>
      </w:r>
      <w:proofErr w:type="spellStart"/>
      <w:r>
        <w:t>клиентите</w:t>
      </w:r>
      <w:proofErr w:type="spellEnd"/>
      <w:r>
        <w:t xml:space="preserve"> </w:t>
      </w:r>
      <w:proofErr w:type="spellStart"/>
      <w:r>
        <w:t>избират</w:t>
      </w:r>
      <w:proofErr w:type="spellEnd"/>
      <w:r>
        <w:t xml:space="preserve"> </w:t>
      </w:r>
      <w:proofErr w:type="spellStart"/>
      <w:r>
        <w:t>вас</w:t>
      </w:r>
      <w:proofErr w:type="spellEnd"/>
      <w:r>
        <w:t>, а не конкурент?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68CD83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753C0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44FC9F7" w14:textId="77777777" w:rsidR="00F8671E" w:rsidRDefault="00F8671E">
      <w:pPr>
        <w:spacing w:after="20"/>
      </w:pPr>
    </w:p>
    <w:p w14:paraId="4403EF9B" w14:textId="77777777" w:rsidR="00F8671E" w:rsidRDefault="00000000">
      <w:pPr>
        <w:pStyle w:val="Question"/>
      </w:pPr>
      <w:r>
        <w:t>Кои са основните ви конкуренти?</w:t>
      </w:r>
    </w:p>
    <w:p w14:paraId="660BF635" w14:textId="77777777" w:rsidR="00F8671E" w:rsidRDefault="00000000">
      <w:pPr>
        <w:pStyle w:val="Small"/>
      </w:pPr>
      <w:r>
        <w:t>Местни и/или онлайн. Може да добавите линкове.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7773BB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F1347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43B6841" w14:textId="77777777" w:rsidR="00F8671E" w:rsidRDefault="00F8671E">
      <w:pPr>
        <w:spacing w:after="20"/>
      </w:pPr>
    </w:p>
    <w:p w14:paraId="761B27A1" w14:textId="77777777" w:rsidR="00F8671E" w:rsidRDefault="00000000">
      <w:pPr>
        <w:pStyle w:val="Question"/>
      </w:pPr>
      <w:r>
        <w:t>Какво харесвате в начина, по който конкурентите се представят?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76CFA7B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CC372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AD231AE" w14:textId="77777777" w:rsidR="00F8671E" w:rsidRDefault="00F8671E">
      <w:pPr>
        <w:spacing w:after="20"/>
      </w:pPr>
    </w:p>
    <w:p w14:paraId="3CC89064" w14:textId="77777777" w:rsidR="00F8671E" w:rsidRDefault="00000000">
      <w:pPr>
        <w:pStyle w:val="Question"/>
      </w:pPr>
      <w:r>
        <w:t>Какво НЕ искате да прилича на тях?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08F3ED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581E4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26BD531" w14:textId="77777777" w:rsidR="00F8671E" w:rsidRDefault="00F8671E">
      <w:pPr>
        <w:spacing w:after="20"/>
      </w:pPr>
    </w:p>
    <w:p w14:paraId="1DDE8D06" w14:textId="77777777" w:rsidR="00F8671E" w:rsidRDefault="00000000">
      <w:pPr>
        <w:pStyle w:val="Question"/>
      </w:pPr>
      <w:r>
        <w:t>Каква е основната цел на проекта с Freeway?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993BDD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D4D8F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3E6B9BE" w14:textId="77777777" w:rsidR="00F8671E" w:rsidRDefault="00F8671E">
      <w:pPr>
        <w:spacing w:after="20"/>
      </w:pPr>
    </w:p>
    <w:p w14:paraId="2570A9A8" w14:textId="77777777" w:rsidR="00F8671E" w:rsidRDefault="00000000">
      <w:pPr>
        <w:pStyle w:val="Question"/>
      </w:pPr>
      <w:r>
        <w:t>Как ще разберем, че проектът е успешен?</w:t>
      </w:r>
    </w:p>
    <w:p w14:paraId="6E2960A1" w14:textId="77777777" w:rsidR="00F8671E" w:rsidRDefault="00000000">
      <w:pPr>
        <w:pStyle w:val="Small"/>
      </w:pPr>
      <w:r>
        <w:t>Напр. повече запитвания, по-професионален образ, по-лесна администрация, повече резервации.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21CD65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6CEF1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758908A" w14:textId="77777777" w:rsidR="00F8671E" w:rsidRDefault="00F8671E">
      <w:pPr>
        <w:spacing w:after="20"/>
      </w:pPr>
    </w:p>
    <w:p w14:paraId="2BADE769" w14:textId="77777777" w:rsidR="00F8671E" w:rsidRDefault="00000000">
      <w:pPr>
        <w:pStyle w:val="Question"/>
      </w:pPr>
      <w:r>
        <w:t>Какъв е най-големият проблем в бизнеса ви в момента?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63629DB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93627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56F0853B" w14:textId="77777777" w:rsidR="00F8671E" w:rsidRDefault="00F8671E">
      <w:pPr>
        <w:spacing w:after="20"/>
      </w:pPr>
    </w:p>
    <w:p w14:paraId="64341DFF" w14:textId="77777777" w:rsidR="00F8671E" w:rsidRDefault="00000000">
      <w:pPr>
        <w:pStyle w:val="Question"/>
      </w:pPr>
      <w:r>
        <w:t>Какво вече сте опитвали за решаването му?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A570F6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6F9940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8F5E1FD" w14:textId="77777777" w:rsidR="00F8671E" w:rsidRDefault="00F8671E">
      <w:pPr>
        <w:spacing w:after="20"/>
      </w:pPr>
    </w:p>
    <w:p w14:paraId="6BEB9A5F" w14:textId="77777777" w:rsidR="00F8671E" w:rsidRDefault="00000000">
      <w:pPr>
        <w:pStyle w:val="Question"/>
      </w:pPr>
      <w:r>
        <w:t>Какво искате да се промени след 3–6 месеца?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11BDA3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8E2B3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748FE4B2" w14:textId="77777777" w:rsidR="00F8671E" w:rsidRDefault="00F8671E">
      <w:pPr>
        <w:spacing w:after="20"/>
      </w:pPr>
    </w:p>
    <w:p w14:paraId="4F4563A5" w14:textId="77777777" w:rsidR="00F8671E" w:rsidRDefault="00000000">
      <w:pPr>
        <w:pStyle w:val="Question"/>
      </w:pPr>
      <w:r>
        <w:lastRenderedPageBreak/>
        <w:t>Как бихте описали бранда си с 5 думи?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FEA2FB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0C88D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6346AC0" w14:textId="77777777" w:rsidR="00F8671E" w:rsidRDefault="00F8671E">
      <w:pPr>
        <w:spacing w:after="20"/>
      </w:pPr>
    </w:p>
    <w:p w14:paraId="13F00C3D" w14:textId="77777777" w:rsidR="00F8671E" w:rsidRDefault="00000000">
      <w:pPr>
        <w:pStyle w:val="Question"/>
      </w:pPr>
      <w:r>
        <w:t>Как НЕ искате да изглежда или звучи бизнесът ви?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4708499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12346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B9B91C2" w14:textId="77777777" w:rsidR="00F8671E" w:rsidRDefault="00F8671E">
      <w:pPr>
        <w:spacing w:after="20"/>
      </w:pPr>
    </w:p>
    <w:p w14:paraId="4A33B7D0" w14:textId="77777777" w:rsidR="00F8671E" w:rsidRDefault="00000000">
      <w:pPr>
        <w:pStyle w:val="Question"/>
      </w:pPr>
      <w:r>
        <w:t>Имате ли съществуващо лого, цветове, сайт, социални профили или рекламни материали?</w:t>
      </w:r>
    </w:p>
    <w:p w14:paraId="3D1F759D" w14:textId="77777777" w:rsidR="00F8671E" w:rsidRDefault="00000000">
      <w:pPr>
        <w:spacing w:after="60"/>
        <w:ind w:left="115"/>
      </w:pPr>
      <w:r>
        <w:t>□ Да   □ Не   □ Частично</w:t>
      </w:r>
    </w:p>
    <w:p w14:paraId="7AEFD3B6" w14:textId="77777777" w:rsidR="00F8671E" w:rsidRDefault="00000000">
      <w:pPr>
        <w:pStyle w:val="Question"/>
      </w:pPr>
      <w:r>
        <w:t>Кои материали можете да предоставите?</w:t>
      </w:r>
    </w:p>
    <w:p w14:paraId="5D99D87D" w14:textId="77777777" w:rsidR="00F8671E" w:rsidRDefault="00000000">
      <w:pPr>
        <w:spacing w:after="60"/>
        <w:ind w:left="115"/>
      </w:pPr>
      <w:r>
        <w:t>□ Лого   □ Снимки   □ Видео   □ Текстове   □ Ценова листа   □ Каталог   □ Стар сайт   □ Социални профили   □ Други</w:t>
      </w:r>
    </w:p>
    <w:p w14:paraId="7213187C" w14:textId="77777777" w:rsidR="00F8671E" w:rsidRDefault="00000000">
      <w:pPr>
        <w:pStyle w:val="Question"/>
      </w:pPr>
      <w:r>
        <w:t>Кой взема финалното решение и одобрява проекта?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7943FB9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9F4E8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4D5D7C44" w14:textId="77777777" w:rsidR="00F8671E" w:rsidRDefault="00F8671E">
      <w:pPr>
        <w:spacing w:after="20"/>
      </w:pPr>
    </w:p>
    <w:p w14:paraId="1675114D" w14:textId="77777777" w:rsidR="00F8671E" w:rsidRDefault="00000000">
      <w:pPr>
        <w:pStyle w:val="Question"/>
      </w:pPr>
      <w:r>
        <w:t>Има ли конкретен срок или дата, която трябва да спазим?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ADBEAA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256D3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71C6561E" w14:textId="77777777" w:rsidR="00F8671E" w:rsidRDefault="00F8671E">
      <w:pPr>
        <w:spacing w:after="20"/>
      </w:pPr>
    </w:p>
    <w:p w14:paraId="60E2BF59" w14:textId="77777777" w:rsidR="00F8671E" w:rsidRDefault="00000000">
      <w:pPr>
        <w:pStyle w:val="Question"/>
      </w:pPr>
      <w:r>
        <w:t>Имате ли ориентировъчен бюджет?</w:t>
      </w:r>
    </w:p>
    <w:p w14:paraId="75D39C4F" w14:textId="77777777" w:rsidR="00F8671E" w:rsidRDefault="00000000">
      <w:pPr>
        <w:pStyle w:val="Small"/>
      </w:pPr>
      <w:r>
        <w:t>Не е задължително да е точна сума; може да е диапазон.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3FD0D1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2080E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5DEBB432" w14:textId="77777777" w:rsidR="00F8671E" w:rsidRDefault="00F8671E">
      <w:pPr>
        <w:spacing w:after="20"/>
      </w:pPr>
    </w:p>
    <w:p w14:paraId="366CCCA3" w14:textId="77777777" w:rsidR="00F8671E" w:rsidRDefault="00000000">
      <w:pPr>
        <w:pStyle w:val="Question"/>
      </w:pPr>
      <w:r>
        <w:t>Има ли нещо, което не сме попитали, но е важно да знаем?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2CFBA6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F3675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62E3CA2" w14:textId="77777777" w:rsidR="00F8671E" w:rsidRDefault="00F8671E">
      <w:pPr>
        <w:spacing w:after="20"/>
      </w:pPr>
    </w:p>
    <w:p w14:paraId="26D8F66F" w14:textId="77777777" w:rsidR="00F8671E" w:rsidRDefault="00000000">
      <w:r>
        <w:br w:type="page"/>
      </w:r>
    </w:p>
    <w:p w14:paraId="6C72C328" w14:textId="77777777" w:rsidR="00F8671E" w:rsidRDefault="00000000">
      <w:pPr>
        <w:pStyle w:val="Heading1"/>
      </w:pPr>
      <w:r>
        <w:lastRenderedPageBreak/>
        <w:t>2. Брандинг и визуална идентичност</w:t>
      </w:r>
    </w:p>
    <w:p w14:paraId="09B5D6A3" w14:textId="77777777" w:rsidR="00F8671E" w:rsidRDefault="00000000">
      <w:pPr>
        <w:spacing w:after="160"/>
      </w:pPr>
      <w:r>
        <w:rPr>
          <w:i/>
          <w:color w:val="465064"/>
        </w:rPr>
        <w:t>Най-подробният въпросник. Целта е да преведем идеята, характера и усещането на бизнеса във визуална система.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50DCF54D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1FF7DD7E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02F9000C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25837499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3F1CD9D1" w14:textId="77777777" w:rsidR="00F8671E" w:rsidRDefault="00000000">
            <w:r>
              <w:t xml:space="preserve"> </w:t>
            </w:r>
          </w:p>
        </w:tc>
      </w:tr>
      <w:tr w:rsidR="00F8671E" w14:paraId="0AA27DB9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47BB64A9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7B11917D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6C077067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74701354" w14:textId="77777777" w:rsidR="00F8671E" w:rsidRDefault="00000000">
            <w:r>
              <w:t xml:space="preserve"> </w:t>
            </w:r>
          </w:p>
        </w:tc>
      </w:tr>
    </w:tbl>
    <w:p w14:paraId="16BDCD98" w14:textId="77777777" w:rsidR="00F8671E" w:rsidRDefault="00F8671E"/>
    <w:p w14:paraId="0A84FA38" w14:textId="77777777" w:rsidR="00F8671E" w:rsidRDefault="00000000">
      <w:pPr>
        <w:pStyle w:val="Heading2"/>
      </w:pPr>
      <w:r>
        <w:t>Стратегия и характер</w:t>
      </w:r>
    </w:p>
    <w:p w14:paraId="2A7FDA16" w14:textId="77777777" w:rsidR="00F8671E" w:rsidRDefault="00000000">
      <w:pPr>
        <w:pStyle w:val="Question"/>
      </w:pPr>
      <w:r>
        <w:t>Ако брандът ви беше човек, какъв характер щеше да има?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BCE4FB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DE4A20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74D5121E" w14:textId="77777777" w:rsidR="00F8671E" w:rsidRDefault="00F8671E">
      <w:pPr>
        <w:spacing w:after="20"/>
      </w:pPr>
    </w:p>
    <w:p w14:paraId="2D2505A8" w14:textId="77777777" w:rsidR="00F8671E" w:rsidRDefault="00000000">
      <w:pPr>
        <w:pStyle w:val="Question"/>
      </w:pPr>
      <w:r>
        <w:t>Как трябва да се чувства клиентът при първи контакт с бранда?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B62BD3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56C22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600B9AC" w14:textId="77777777" w:rsidR="00F8671E" w:rsidRDefault="00F8671E">
      <w:pPr>
        <w:spacing w:after="20"/>
      </w:pPr>
    </w:p>
    <w:p w14:paraId="54DFDE8A" w14:textId="77777777" w:rsidR="00F8671E" w:rsidRDefault="00000000">
      <w:pPr>
        <w:pStyle w:val="Question"/>
      </w:pPr>
      <w:r>
        <w:t>Как трябва да се чувства след покупка / работа с вас?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DD3329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6932E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A48C72A" w14:textId="77777777" w:rsidR="00F8671E" w:rsidRDefault="00F8671E">
      <w:pPr>
        <w:spacing w:after="20"/>
      </w:pPr>
    </w:p>
    <w:p w14:paraId="450D56EC" w14:textId="77777777" w:rsidR="00F8671E" w:rsidRDefault="00000000">
      <w:pPr>
        <w:pStyle w:val="Question"/>
      </w:pPr>
      <w:r>
        <w:t>Кои 3–5 качества задължително трябва да комуникира визуалната идентичност?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C600A3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CC6C3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B75AFF5" w14:textId="77777777" w:rsidR="00F8671E" w:rsidRDefault="00F8671E">
      <w:pPr>
        <w:spacing w:after="20"/>
      </w:pPr>
    </w:p>
    <w:p w14:paraId="1CEC3621" w14:textId="77777777" w:rsidR="00F8671E" w:rsidRDefault="00000000">
      <w:pPr>
        <w:pStyle w:val="Question"/>
      </w:pPr>
      <w:r>
        <w:t>Кое е основното обещание на бранда?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2FAF6A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E547A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0D58A30" w14:textId="77777777" w:rsidR="00F8671E" w:rsidRDefault="00F8671E">
      <w:pPr>
        <w:spacing w:after="20"/>
      </w:pPr>
    </w:p>
    <w:p w14:paraId="3B23105B" w14:textId="77777777" w:rsidR="00F8671E" w:rsidRDefault="00000000">
      <w:pPr>
        <w:pStyle w:val="Question"/>
      </w:pPr>
      <w:r>
        <w:t>Има ли история, символ, място, човек или идея зад името?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1ADDAD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37406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25B0A7B9" w14:textId="77777777" w:rsidR="00F8671E" w:rsidRDefault="00F8671E">
      <w:pPr>
        <w:spacing w:after="20"/>
      </w:pPr>
    </w:p>
    <w:p w14:paraId="051F1A3C" w14:textId="77777777" w:rsidR="00F8671E" w:rsidRDefault="00000000">
      <w:pPr>
        <w:pStyle w:val="Question"/>
      </w:pPr>
      <w:r>
        <w:t>Има ли слоган? Ако няма – искате ли да разработим?</w:t>
      </w:r>
    </w:p>
    <w:p w14:paraId="153E21DA" w14:textId="77777777" w:rsidR="00F8671E" w:rsidRDefault="00000000">
      <w:pPr>
        <w:spacing w:after="60"/>
        <w:ind w:left="115"/>
      </w:pPr>
      <w:r>
        <w:t>□ Имаме   □ Нямаме   □ Искаме предложение</w:t>
      </w:r>
    </w:p>
    <w:p w14:paraId="0BA56890" w14:textId="77777777" w:rsidR="00F8671E" w:rsidRDefault="00000000">
      <w:pPr>
        <w:pStyle w:val="Question"/>
      </w:pPr>
      <w:r>
        <w:t>Брандът трябва да изглежда по-скоро:</w:t>
      </w:r>
    </w:p>
    <w:p w14:paraId="63A910E9" w14:textId="77777777" w:rsidR="00F8671E" w:rsidRDefault="00000000">
      <w:pPr>
        <w:spacing w:after="60"/>
        <w:ind w:left="115"/>
      </w:pPr>
      <w:r>
        <w:t>□ Премиум   □ Достъпен   □ Минималистичен   □ Смел   □ Топъл   □ Корпоративен   □ Креативен   □ Традиционен   □ Модерен</w:t>
      </w:r>
    </w:p>
    <w:p w14:paraId="67FAA81D" w14:textId="77777777" w:rsidR="00F8671E" w:rsidRDefault="00000000">
      <w:pPr>
        <w:pStyle w:val="Heading2"/>
      </w:pPr>
      <w:r>
        <w:lastRenderedPageBreak/>
        <w:t>Визуално усещане</w:t>
      </w:r>
    </w:p>
    <w:p w14:paraId="161048D7" w14:textId="77777777" w:rsidR="00F8671E" w:rsidRDefault="00000000">
      <w:pPr>
        <w:pStyle w:val="Question"/>
      </w:pPr>
      <w:r>
        <w:t>Кои цветове ви привличат и защо?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461172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C70D9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BC1D69D" w14:textId="77777777" w:rsidR="00F8671E" w:rsidRDefault="00F8671E">
      <w:pPr>
        <w:spacing w:after="20"/>
      </w:pPr>
    </w:p>
    <w:p w14:paraId="2652F54A" w14:textId="77777777" w:rsidR="00F8671E" w:rsidRDefault="00000000">
      <w:pPr>
        <w:pStyle w:val="Question"/>
      </w:pPr>
      <w:r>
        <w:t>Кои цветове категорично не искате?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15B996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98F0D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5219F570" w14:textId="77777777" w:rsidR="00F8671E" w:rsidRDefault="00F8671E">
      <w:pPr>
        <w:spacing w:after="20"/>
      </w:pPr>
    </w:p>
    <w:p w14:paraId="48E9B9C8" w14:textId="77777777" w:rsidR="00F8671E" w:rsidRDefault="00000000">
      <w:pPr>
        <w:pStyle w:val="Question"/>
      </w:pPr>
      <w:r>
        <w:t>Предпочитате по-светла или по-тъмна визуална среда?</w:t>
      </w:r>
    </w:p>
    <w:p w14:paraId="4988FD4E" w14:textId="77777777" w:rsidR="00F8671E" w:rsidRDefault="00000000">
      <w:pPr>
        <w:spacing w:after="60"/>
        <w:ind w:left="115"/>
      </w:pPr>
      <w:r>
        <w:t>□ Светла   □ Тъмна   □ Баланс</w:t>
      </w:r>
    </w:p>
    <w:p w14:paraId="276A7666" w14:textId="77777777" w:rsidR="00F8671E" w:rsidRDefault="00000000">
      <w:pPr>
        <w:pStyle w:val="Question"/>
      </w:pPr>
      <w:r>
        <w:t>По-скоро меки/приглушени или ярки/контрастни цветове?</w:t>
      </w:r>
    </w:p>
    <w:p w14:paraId="3A4CF176" w14:textId="77777777" w:rsidR="00F8671E" w:rsidRDefault="00000000">
      <w:pPr>
        <w:spacing w:after="60"/>
        <w:ind w:left="115"/>
      </w:pPr>
      <w:r>
        <w:t>□ Меки   □ Ярки   □ Баланс</w:t>
      </w:r>
    </w:p>
    <w:p w14:paraId="34D7FD81" w14:textId="77777777" w:rsidR="00F8671E" w:rsidRDefault="00000000">
      <w:pPr>
        <w:pStyle w:val="Question"/>
      </w:pPr>
      <w:r>
        <w:t>Какво усещане трябва да носи типографията?</w:t>
      </w:r>
    </w:p>
    <w:p w14:paraId="5D251C32" w14:textId="77777777" w:rsidR="00F8671E" w:rsidRDefault="00000000">
      <w:pPr>
        <w:pStyle w:val="Small"/>
      </w:pPr>
      <w:r>
        <w:t>Напр. елегантна, стабилна, технологична, човешка, луксозна, игрива.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640DEA4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B79E4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1AA1E5B" w14:textId="77777777" w:rsidR="00F8671E" w:rsidRDefault="00F8671E">
      <w:pPr>
        <w:spacing w:after="20"/>
      </w:pPr>
    </w:p>
    <w:p w14:paraId="565B6EA9" w14:textId="77777777" w:rsidR="00F8671E" w:rsidRDefault="00000000">
      <w:pPr>
        <w:pStyle w:val="Question"/>
      </w:pPr>
      <w:r>
        <w:t>Има ли символи, икони, форми или мотиви, които искате да присъстват?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461F24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B12EE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C9909ED" w14:textId="77777777" w:rsidR="00F8671E" w:rsidRDefault="00F8671E">
      <w:pPr>
        <w:spacing w:after="20"/>
      </w:pPr>
    </w:p>
    <w:p w14:paraId="561EAB67" w14:textId="77777777" w:rsidR="00F8671E" w:rsidRDefault="00000000">
      <w:pPr>
        <w:pStyle w:val="Question"/>
      </w:pPr>
      <w:r>
        <w:t>Има ли символи или клишета, които категорично да избягваме?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05268F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A2743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74915159" w14:textId="77777777" w:rsidR="00F8671E" w:rsidRDefault="00F8671E">
      <w:pPr>
        <w:spacing w:after="20"/>
      </w:pPr>
    </w:p>
    <w:p w14:paraId="05EAB514" w14:textId="77777777" w:rsidR="00F8671E" w:rsidRDefault="00000000">
      <w:pPr>
        <w:pStyle w:val="Question"/>
      </w:pPr>
      <w:r>
        <w:t>Предпочитате повече свободно пространство или по-богати композиции?</w:t>
      </w:r>
    </w:p>
    <w:p w14:paraId="183177CA" w14:textId="77777777" w:rsidR="00F8671E" w:rsidRDefault="00000000">
      <w:pPr>
        <w:spacing w:after="60"/>
        <w:ind w:left="115"/>
      </w:pPr>
      <w:r>
        <w:t>□ Изчистено   □ По-богато   □ Нямам предпочитание</w:t>
      </w:r>
    </w:p>
    <w:p w14:paraId="3CCD4AB6" w14:textId="77777777" w:rsidR="00F8671E" w:rsidRDefault="00000000">
      <w:pPr>
        <w:pStyle w:val="Question"/>
      </w:pPr>
      <w:r>
        <w:t>Кои материали/текстури ви допадат като усещане?</w:t>
      </w:r>
    </w:p>
    <w:p w14:paraId="2AB80927" w14:textId="77777777" w:rsidR="00F8671E" w:rsidRDefault="00000000">
      <w:pPr>
        <w:spacing w:after="60"/>
        <w:ind w:left="115"/>
      </w:pPr>
      <w:r>
        <w:t>□ Металик   □ Хартия   □ Дърво   □ Мрамор   □ Стъкло   □ Текстил   □ Без текстури   □ Други</w:t>
      </w:r>
    </w:p>
    <w:p w14:paraId="7143D942" w14:textId="77777777" w:rsidR="00F8671E" w:rsidRDefault="00000000">
      <w:pPr>
        <w:pStyle w:val="Heading2"/>
      </w:pPr>
      <w:r>
        <w:t>Референции</w:t>
      </w:r>
    </w:p>
    <w:p w14:paraId="52F2ACBD" w14:textId="77777777" w:rsidR="00F8671E" w:rsidRDefault="00000000">
      <w:pPr>
        <w:pStyle w:val="Question"/>
      </w:pPr>
      <w:r>
        <w:t>Посочете 3 бранда, чиято визия харесвате. Какво точно ви харесва?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6CB1E0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D9C0E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294B31BB" w14:textId="77777777" w:rsidR="00F8671E" w:rsidRDefault="00F8671E">
      <w:pPr>
        <w:spacing w:after="20"/>
      </w:pPr>
    </w:p>
    <w:p w14:paraId="44BFA834" w14:textId="77777777" w:rsidR="00F8671E" w:rsidRDefault="00000000">
      <w:pPr>
        <w:pStyle w:val="Question"/>
      </w:pPr>
      <w:r>
        <w:t>Посочете 1–3 визии, които не харесвате. Защо?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1D4270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A4A17F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</w:r>
            <w:r>
              <w:lastRenderedPageBreak/>
              <w:t xml:space="preserve"> </w:t>
            </w:r>
          </w:p>
        </w:tc>
      </w:tr>
    </w:tbl>
    <w:p w14:paraId="52E92F19" w14:textId="77777777" w:rsidR="00F8671E" w:rsidRDefault="00F8671E">
      <w:pPr>
        <w:spacing w:after="20"/>
      </w:pPr>
    </w:p>
    <w:p w14:paraId="56C0B4D6" w14:textId="77777777" w:rsidR="00F8671E" w:rsidRDefault="00000000">
      <w:pPr>
        <w:pStyle w:val="Question"/>
      </w:pPr>
      <w:r>
        <w:t>Има ли Pinterest board / Instagram профили / сайтове за визуална посока?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5D7FE29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E65F0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A3E3F56" w14:textId="77777777" w:rsidR="00F8671E" w:rsidRDefault="00F8671E">
      <w:pPr>
        <w:spacing w:after="20"/>
      </w:pPr>
    </w:p>
    <w:p w14:paraId="2110BB48" w14:textId="77777777" w:rsidR="00F8671E" w:rsidRDefault="00000000">
      <w:pPr>
        <w:pStyle w:val="Question"/>
      </w:pPr>
      <w:r>
        <w:t>Кое е по-важно за вас: да изглеждаме различно от конкуренцията или да следваме познатите кодове на сектора?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894E4A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ED885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3157D9E" w14:textId="77777777" w:rsidR="00F8671E" w:rsidRDefault="00F8671E">
      <w:pPr>
        <w:spacing w:after="20"/>
      </w:pPr>
    </w:p>
    <w:p w14:paraId="3A80D5CA" w14:textId="77777777" w:rsidR="00F8671E" w:rsidRDefault="00000000">
      <w:pPr>
        <w:pStyle w:val="Heading2"/>
      </w:pPr>
      <w:r>
        <w:t>Практическо използване</w:t>
      </w:r>
    </w:p>
    <w:p w14:paraId="7B96737B" w14:textId="77777777" w:rsidR="00F8671E" w:rsidRDefault="00000000">
      <w:pPr>
        <w:pStyle w:val="Question"/>
      </w:pPr>
      <w:r>
        <w:t>Къде най-често ще се използва брандът?</w:t>
      </w:r>
    </w:p>
    <w:p w14:paraId="55D9325D" w14:textId="77777777" w:rsidR="00F8671E" w:rsidRDefault="00000000">
      <w:pPr>
        <w:spacing w:after="60"/>
        <w:ind w:left="115"/>
      </w:pPr>
      <w:r>
        <w:t>□ Сайт   □ Facebook   □ Instagram   □ Google   □ Печат   □ Табела   □ Опаковки   □ Униформи   □ Автомобили   □ Документи</w:t>
      </w:r>
    </w:p>
    <w:p w14:paraId="086DFD38" w14:textId="77777777" w:rsidR="00F8671E" w:rsidRDefault="00000000">
      <w:pPr>
        <w:pStyle w:val="Question"/>
      </w:pPr>
      <w:r>
        <w:t>Кои материали трябва да бъдат готови още в първия етап?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89AE78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98023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9B017C1" w14:textId="77777777" w:rsidR="00F8671E" w:rsidRDefault="00F8671E">
      <w:pPr>
        <w:spacing w:after="20"/>
      </w:pPr>
    </w:p>
    <w:p w14:paraId="538C236D" w14:textId="77777777" w:rsidR="00F8671E" w:rsidRDefault="00000000">
      <w:pPr>
        <w:pStyle w:val="Question"/>
      </w:pPr>
      <w:r>
        <w:t>Ще има ли нужда от черно-бяла / едноцветна версия?</w:t>
      </w:r>
    </w:p>
    <w:p w14:paraId="4237DE0B" w14:textId="77777777" w:rsidR="00F8671E" w:rsidRDefault="00000000">
      <w:pPr>
        <w:spacing w:after="60"/>
        <w:ind w:left="115"/>
      </w:pPr>
      <w:r>
        <w:t>□ Да   □ Не   □ Не знам</w:t>
      </w:r>
    </w:p>
    <w:p w14:paraId="744E36D7" w14:textId="77777777" w:rsidR="00F8671E" w:rsidRDefault="00000000">
      <w:pPr>
        <w:pStyle w:val="Question"/>
      </w:pPr>
      <w:r>
        <w:t>Ще се използва ли логото върху много малки размери (favicon, печат, етикет)?</w:t>
      </w:r>
    </w:p>
    <w:p w14:paraId="779AD70E" w14:textId="77777777" w:rsidR="00F8671E" w:rsidRDefault="00000000">
      <w:pPr>
        <w:spacing w:after="60"/>
        <w:ind w:left="115"/>
      </w:pPr>
      <w:r>
        <w:t>□ Да   □ Не</w:t>
      </w:r>
    </w:p>
    <w:p w14:paraId="0A392528" w14:textId="77777777" w:rsidR="00F8671E" w:rsidRDefault="00000000">
      <w:pPr>
        <w:pStyle w:val="Question"/>
      </w:pPr>
      <w:r>
        <w:t>Има ли технически ограничения от печатница, табела, франчайз или партньор?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A028EF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5326C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F3231FB" w14:textId="77777777" w:rsidR="00F8671E" w:rsidRDefault="00F8671E">
      <w:pPr>
        <w:spacing w:after="20"/>
      </w:pPr>
    </w:p>
    <w:p w14:paraId="63B424C7" w14:textId="77777777" w:rsidR="00F8671E" w:rsidRDefault="00000000">
      <w:pPr>
        <w:pStyle w:val="Question"/>
      </w:pPr>
      <w:r>
        <w:t>Искате ли кратко ръководство за бранда?</w:t>
      </w:r>
    </w:p>
    <w:p w14:paraId="10F3C1C9" w14:textId="77777777" w:rsidR="00F8671E" w:rsidRDefault="00000000">
      <w:pPr>
        <w:spacing w:after="60"/>
        <w:ind w:left="115"/>
      </w:pPr>
      <w:r>
        <w:t>□ Да   □ Не</w:t>
      </w:r>
    </w:p>
    <w:p w14:paraId="725DE72D" w14:textId="77777777" w:rsidR="00F8671E" w:rsidRDefault="00000000">
      <w:pPr>
        <w:pStyle w:val="Heading2"/>
      </w:pPr>
      <w:r>
        <w:t>Критични уточнения преди дизайн</w:t>
      </w:r>
    </w:p>
    <w:p w14:paraId="177A9B2B" w14:textId="77777777" w:rsidR="00F8671E" w:rsidRDefault="00000000">
      <w:pPr>
        <w:pStyle w:val="Question"/>
      </w:pPr>
      <w:r>
        <w:t>Какво е едно нещо, което задължително трябва да запазим?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0B73A7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9F70C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7049F650" w14:textId="77777777" w:rsidR="00F8671E" w:rsidRDefault="00F8671E">
      <w:pPr>
        <w:spacing w:after="20"/>
      </w:pPr>
    </w:p>
    <w:p w14:paraId="607B3F2A" w14:textId="77777777" w:rsidR="00F8671E" w:rsidRDefault="00000000">
      <w:pPr>
        <w:pStyle w:val="Question"/>
      </w:pPr>
      <w:r>
        <w:t>Какво е едно нещо, което задължително трябва да променим?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BA74C4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3321DF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C25A80B" w14:textId="77777777" w:rsidR="00F8671E" w:rsidRDefault="00F8671E">
      <w:pPr>
        <w:spacing w:after="20"/>
      </w:pPr>
    </w:p>
    <w:p w14:paraId="3BAC7195" w14:textId="77777777" w:rsidR="00F8671E" w:rsidRDefault="00000000">
      <w:pPr>
        <w:pStyle w:val="Question"/>
      </w:pPr>
      <w:r>
        <w:t>Кое би ви накарало веднага да отхвърлите дадена концепция?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78D585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8E34D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lastRenderedPageBreak/>
              <w:t xml:space="preserve"> </w:t>
            </w:r>
            <w:r>
              <w:br/>
              <w:t xml:space="preserve"> </w:t>
            </w:r>
          </w:p>
        </w:tc>
      </w:tr>
    </w:tbl>
    <w:p w14:paraId="7484068E" w14:textId="77777777" w:rsidR="00F8671E" w:rsidRDefault="00F8671E">
      <w:pPr>
        <w:spacing w:after="20"/>
      </w:pPr>
    </w:p>
    <w:p w14:paraId="07FC71D2" w14:textId="77777777" w:rsidR="00F8671E" w:rsidRDefault="00000000">
      <w:pPr>
        <w:pStyle w:val="Question"/>
      </w:pPr>
      <w:r>
        <w:t>Ако трябва да изберете само една емоция за бранда, коя е тя?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D2AFE0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A73F0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755F91BA" w14:textId="77777777" w:rsidR="00F8671E" w:rsidRDefault="00F8671E">
      <w:pPr>
        <w:spacing w:after="20"/>
      </w:pPr>
    </w:p>
    <w:p w14:paraId="6E668846" w14:textId="77777777" w:rsidR="00F8671E" w:rsidRDefault="00000000">
      <w:r>
        <w:br w:type="page"/>
      </w:r>
    </w:p>
    <w:p w14:paraId="6E86E16F" w14:textId="77777777" w:rsidR="00F8671E" w:rsidRDefault="00000000">
      <w:pPr>
        <w:pStyle w:val="Heading1"/>
      </w:pPr>
      <w:r>
        <w:lastRenderedPageBreak/>
        <w:t>3. Лого – самостоятелен проект</w:t>
      </w:r>
    </w:p>
    <w:p w14:paraId="478350D7" w14:textId="77777777" w:rsidR="00F8671E" w:rsidRDefault="00000000">
      <w:pPr>
        <w:spacing w:after="160"/>
      </w:pPr>
      <w:r>
        <w:rPr>
          <w:i/>
          <w:color w:val="465064"/>
        </w:rPr>
        <w:t>Използва се, когато клиентът иска основно или само ново лого.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593D0690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13C12924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7454062B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567D9362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2A8C08DE" w14:textId="77777777" w:rsidR="00F8671E" w:rsidRDefault="00000000">
            <w:r>
              <w:t xml:space="preserve"> </w:t>
            </w:r>
          </w:p>
        </w:tc>
      </w:tr>
      <w:tr w:rsidR="00F8671E" w14:paraId="39FB05A2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15319AF5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2B1257E9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79C3543E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5583BD1E" w14:textId="77777777" w:rsidR="00F8671E" w:rsidRDefault="00000000">
            <w:r>
              <w:t xml:space="preserve"> </w:t>
            </w:r>
          </w:p>
        </w:tc>
      </w:tr>
    </w:tbl>
    <w:p w14:paraId="6E13FA9B" w14:textId="77777777" w:rsidR="00F8671E" w:rsidRDefault="00F8671E"/>
    <w:p w14:paraId="0F81F596" w14:textId="77777777" w:rsidR="00F8671E" w:rsidRDefault="00000000">
      <w:pPr>
        <w:pStyle w:val="Question"/>
      </w:pPr>
      <w:r>
        <w:t>Как точно трябва да бъде изписано името?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AC2640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B736E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2E855E01" w14:textId="77777777" w:rsidR="00F8671E" w:rsidRDefault="00F8671E">
      <w:pPr>
        <w:spacing w:after="20"/>
      </w:pPr>
    </w:p>
    <w:p w14:paraId="4D741BF0" w14:textId="77777777" w:rsidR="00F8671E" w:rsidRDefault="00000000">
      <w:pPr>
        <w:pStyle w:val="Question"/>
      </w:pPr>
      <w:r>
        <w:t>Има ли съкращение / инициали, които могат да се използват?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75844A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609C4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404FAED6" w14:textId="77777777" w:rsidR="00F8671E" w:rsidRDefault="00F8671E">
      <w:pPr>
        <w:spacing w:after="20"/>
      </w:pPr>
    </w:p>
    <w:p w14:paraId="4BF32999" w14:textId="77777777" w:rsidR="00F8671E" w:rsidRDefault="00000000">
      <w:pPr>
        <w:pStyle w:val="Question"/>
      </w:pPr>
      <w:r>
        <w:t>Има ли значение на името, което трябва да се отрази?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61E2E2B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8FB4F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EDDD135" w14:textId="77777777" w:rsidR="00F8671E" w:rsidRDefault="00F8671E">
      <w:pPr>
        <w:spacing w:after="20"/>
      </w:pPr>
    </w:p>
    <w:p w14:paraId="2EAFB0D4" w14:textId="77777777" w:rsidR="00F8671E" w:rsidRDefault="00000000">
      <w:pPr>
        <w:pStyle w:val="Question"/>
      </w:pPr>
      <w:r>
        <w:t>Предпочитан тип лого?</w:t>
      </w:r>
    </w:p>
    <w:p w14:paraId="251F6EF0" w14:textId="77777777" w:rsidR="00F8671E" w:rsidRDefault="00000000">
      <w:pPr>
        <w:spacing w:after="60"/>
        <w:ind w:left="115"/>
      </w:pPr>
      <w:r>
        <w:t>□ Wordmark / текстово   □ Монограм   □ Символ + име   □ Емблема   □ Нямам предпочитание</w:t>
      </w:r>
    </w:p>
    <w:p w14:paraId="41EFB053" w14:textId="77777777" w:rsidR="00F8671E" w:rsidRDefault="00000000">
      <w:pPr>
        <w:pStyle w:val="Question"/>
      </w:pPr>
      <w:r>
        <w:t>Трябва ли логото да е по-скоро класическо или модерно?</w:t>
      </w:r>
    </w:p>
    <w:p w14:paraId="234C3067" w14:textId="77777777" w:rsidR="00F8671E" w:rsidRDefault="00000000">
      <w:pPr>
        <w:spacing w:after="60"/>
        <w:ind w:left="115"/>
      </w:pPr>
      <w:r>
        <w:t>□ Класическо   □ Модерно   □ Смесено</w:t>
      </w:r>
    </w:p>
    <w:p w14:paraId="3CE9A780" w14:textId="77777777" w:rsidR="00F8671E" w:rsidRDefault="00000000">
      <w:pPr>
        <w:pStyle w:val="Question"/>
      </w:pPr>
      <w:r>
        <w:t>Трябва ли да изглежда премиум, приятелски, силно, артистично, технологично или друго?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22AB39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CBA94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B3929D5" w14:textId="77777777" w:rsidR="00F8671E" w:rsidRDefault="00F8671E">
      <w:pPr>
        <w:spacing w:after="20"/>
      </w:pPr>
    </w:p>
    <w:p w14:paraId="3B06B921" w14:textId="77777777" w:rsidR="00F8671E" w:rsidRDefault="00000000">
      <w:pPr>
        <w:pStyle w:val="Question"/>
      </w:pPr>
      <w:r>
        <w:t>Има ли конкретна буква/символ, който да бъде акцент?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A3FDB1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F8FE4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2EC4A70C" w14:textId="77777777" w:rsidR="00F8671E" w:rsidRDefault="00F8671E">
      <w:pPr>
        <w:spacing w:after="20"/>
      </w:pPr>
    </w:p>
    <w:p w14:paraId="494938D9" w14:textId="77777777" w:rsidR="00F8671E" w:rsidRDefault="00000000">
      <w:pPr>
        <w:pStyle w:val="Question"/>
      </w:pPr>
      <w:r>
        <w:t>Какви цветове са желани / нежелани?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6008674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16AD3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D32D7B3" w14:textId="77777777" w:rsidR="00F8671E" w:rsidRDefault="00F8671E">
      <w:pPr>
        <w:spacing w:after="20"/>
      </w:pPr>
    </w:p>
    <w:p w14:paraId="1289B36A" w14:textId="77777777" w:rsidR="00F8671E" w:rsidRDefault="00000000">
      <w:pPr>
        <w:pStyle w:val="Question"/>
      </w:pPr>
      <w:r>
        <w:t>Къде ще се използва логото най-често?</w:t>
      </w:r>
    </w:p>
    <w:p w14:paraId="47B4A4A0" w14:textId="77777777" w:rsidR="00F8671E" w:rsidRDefault="00000000">
      <w:pPr>
        <w:spacing w:after="60"/>
        <w:ind w:left="115"/>
      </w:pPr>
      <w:r>
        <w:t>□ Сайт   □ Социални мрежи   □ Печат   □ Табели   □ Дрехи   □ Опаковки   □ Автомобили</w:t>
      </w:r>
    </w:p>
    <w:p w14:paraId="781C7406" w14:textId="77777777" w:rsidR="00F8671E" w:rsidRDefault="00000000">
      <w:pPr>
        <w:pStyle w:val="Question"/>
      </w:pPr>
      <w:r>
        <w:t>Имате ли примери за 3 лога, които харесвате?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B75214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9C0B9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78A8C04" w14:textId="77777777" w:rsidR="00F8671E" w:rsidRDefault="00F8671E">
      <w:pPr>
        <w:spacing w:after="20"/>
      </w:pPr>
    </w:p>
    <w:p w14:paraId="592A4C85" w14:textId="77777777" w:rsidR="00F8671E" w:rsidRDefault="00000000">
      <w:pPr>
        <w:pStyle w:val="Question"/>
      </w:pPr>
      <w:r>
        <w:t>Имате ли примери за лога, които не харесвате?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45EDFC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C666B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lastRenderedPageBreak/>
              <w:t xml:space="preserve"> </w:t>
            </w:r>
            <w:r>
              <w:br/>
              <w:t xml:space="preserve"> </w:t>
            </w:r>
          </w:p>
        </w:tc>
      </w:tr>
    </w:tbl>
    <w:p w14:paraId="06BCC891" w14:textId="77777777" w:rsidR="00F8671E" w:rsidRDefault="00F8671E">
      <w:pPr>
        <w:spacing w:after="20"/>
      </w:pPr>
    </w:p>
    <w:p w14:paraId="13671747" w14:textId="77777777" w:rsidR="00F8671E" w:rsidRDefault="00000000">
      <w:pPr>
        <w:pStyle w:val="Question"/>
      </w:pPr>
      <w:r>
        <w:t>Има ли лого на конкурент, от което трябва ясно да се отличим?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D58F0D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F4C5E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81CD568" w14:textId="77777777" w:rsidR="00F8671E" w:rsidRDefault="00F8671E">
      <w:pPr>
        <w:spacing w:after="20"/>
      </w:pPr>
    </w:p>
    <w:p w14:paraId="5533B426" w14:textId="77777777" w:rsidR="00F8671E" w:rsidRDefault="00000000">
      <w:pPr>
        <w:pStyle w:val="Question"/>
      </w:pPr>
      <w:r>
        <w:t>Необходими ли са допълнителни версии?</w:t>
      </w:r>
    </w:p>
    <w:p w14:paraId="3B92E694" w14:textId="77777777" w:rsidR="00F8671E" w:rsidRDefault="00000000">
      <w:pPr>
        <w:spacing w:after="60"/>
        <w:ind w:left="115"/>
      </w:pPr>
      <w:r>
        <w:t>□ Хоризонтална   □ Вертикална   □ Монограм   □ Икона   □ Черно-бяла   □ Favicon</w:t>
      </w:r>
    </w:p>
    <w:p w14:paraId="0DA48E44" w14:textId="77777777" w:rsidR="00F8671E" w:rsidRDefault="00000000">
      <w:pPr>
        <w:pStyle w:val="Question"/>
      </w:pPr>
      <w:r>
        <w:t>Какво трябва да почувства човек, когато види логото за първи път?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D31E949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F279A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7ECF8BD4" w14:textId="77777777" w:rsidR="00F8671E" w:rsidRDefault="00F8671E">
      <w:pPr>
        <w:spacing w:after="20"/>
      </w:pPr>
    </w:p>
    <w:p w14:paraId="7B343D06" w14:textId="77777777" w:rsidR="00F8671E" w:rsidRDefault="00000000">
      <w:r>
        <w:br w:type="page"/>
      </w:r>
    </w:p>
    <w:p w14:paraId="1E15F682" w14:textId="77777777" w:rsidR="00F8671E" w:rsidRDefault="00000000">
      <w:pPr>
        <w:pStyle w:val="Heading1"/>
      </w:pPr>
      <w:r>
        <w:lastRenderedPageBreak/>
        <w:t>4. Ребрандинг</w:t>
      </w:r>
    </w:p>
    <w:p w14:paraId="4B9E9F49" w14:textId="77777777" w:rsidR="00F8671E" w:rsidRDefault="00000000">
      <w:pPr>
        <w:spacing w:after="160"/>
      </w:pPr>
      <w:r>
        <w:rPr>
          <w:i/>
          <w:color w:val="465064"/>
        </w:rPr>
        <w:t>За бизнес, който вече има история, клиенти и визуални активи.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47E13871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1F5186FE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15B47F17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487C4D67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63B23D29" w14:textId="77777777" w:rsidR="00F8671E" w:rsidRDefault="00000000">
            <w:r>
              <w:t xml:space="preserve"> </w:t>
            </w:r>
          </w:p>
        </w:tc>
      </w:tr>
      <w:tr w:rsidR="00F8671E" w14:paraId="10D81631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263F2C22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608CC919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140BBF7E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21BDFE78" w14:textId="77777777" w:rsidR="00F8671E" w:rsidRDefault="00000000">
            <w:r>
              <w:t xml:space="preserve"> </w:t>
            </w:r>
          </w:p>
        </w:tc>
      </w:tr>
    </w:tbl>
    <w:p w14:paraId="4CD80C0C" w14:textId="77777777" w:rsidR="00F8671E" w:rsidRDefault="00F8671E"/>
    <w:p w14:paraId="175315AF" w14:textId="77777777" w:rsidR="00F8671E" w:rsidRDefault="00000000">
      <w:pPr>
        <w:pStyle w:val="Question"/>
      </w:pPr>
      <w:r>
        <w:t>Какво ви кара да търсите ребрандинг точно сега?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131797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9738E9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20E9351" w14:textId="77777777" w:rsidR="00F8671E" w:rsidRDefault="00F8671E">
      <w:pPr>
        <w:spacing w:after="20"/>
      </w:pPr>
    </w:p>
    <w:p w14:paraId="74365B45" w14:textId="77777777" w:rsidR="00F8671E" w:rsidRDefault="00000000">
      <w:pPr>
        <w:pStyle w:val="Question"/>
      </w:pPr>
      <w:r>
        <w:t>Какво не работи в сегашната идентичност?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E49D789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5865E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61DE7856" w14:textId="77777777" w:rsidR="00F8671E" w:rsidRDefault="00F8671E">
      <w:pPr>
        <w:spacing w:after="20"/>
      </w:pPr>
    </w:p>
    <w:p w14:paraId="2EBB65B7" w14:textId="77777777" w:rsidR="00F8671E" w:rsidRDefault="00000000">
      <w:pPr>
        <w:pStyle w:val="Question"/>
      </w:pPr>
      <w:r>
        <w:t>Какво от сегашната идентичност харесвате и трябва да остане?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975AF1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39FB9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2CADA07" w14:textId="77777777" w:rsidR="00F8671E" w:rsidRDefault="00F8671E">
      <w:pPr>
        <w:spacing w:after="20"/>
      </w:pPr>
    </w:p>
    <w:p w14:paraId="0B1AFBC3" w14:textId="77777777" w:rsidR="00F8671E" w:rsidRDefault="00000000">
      <w:pPr>
        <w:pStyle w:val="Question"/>
      </w:pPr>
      <w:r>
        <w:t>Имате ли разпознаваем елемент, който клиентите вече свързват с вас?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D27099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392AA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7DA7980E" w14:textId="77777777" w:rsidR="00F8671E" w:rsidRDefault="00F8671E">
      <w:pPr>
        <w:spacing w:after="20"/>
      </w:pPr>
    </w:p>
    <w:p w14:paraId="218145C0" w14:textId="77777777" w:rsidR="00F8671E" w:rsidRDefault="00000000">
      <w:pPr>
        <w:pStyle w:val="Question"/>
      </w:pPr>
      <w:r>
        <w:t>Променя ли се целевият клиент?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F3E2EA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5DA98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F91CCB5" w14:textId="77777777" w:rsidR="00F8671E" w:rsidRDefault="00F8671E">
      <w:pPr>
        <w:spacing w:after="20"/>
      </w:pPr>
    </w:p>
    <w:p w14:paraId="4767337D" w14:textId="77777777" w:rsidR="00F8671E" w:rsidRDefault="00000000">
      <w:pPr>
        <w:pStyle w:val="Question"/>
      </w:pPr>
      <w:r>
        <w:t>Променят ли се услугите / ценовото позициониране?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4E2835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2F2670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0D53C41" w14:textId="77777777" w:rsidR="00F8671E" w:rsidRDefault="00F8671E">
      <w:pPr>
        <w:spacing w:after="20"/>
      </w:pPr>
    </w:p>
    <w:p w14:paraId="7F75647F" w14:textId="77777777" w:rsidR="00F8671E" w:rsidRDefault="00000000">
      <w:pPr>
        <w:pStyle w:val="Question"/>
      </w:pPr>
      <w:r>
        <w:t>Искате ли еволюция или пълна промяна?</w:t>
      </w:r>
    </w:p>
    <w:p w14:paraId="559D6900" w14:textId="77777777" w:rsidR="00F8671E" w:rsidRDefault="00000000">
      <w:pPr>
        <w:spacing w:after="60"/>
        <w:ind w:left="115"/>
      </w:pPr>
      <w:r>
        <w:t>□ Еволюция   □ Смела промяна   □ Не знам</w:t>
      </w:r>
    </w:p>
    <w:p w14:paraId="12D2116D" w14:textId="77777777" w:rsidR="00F8671E" w:rsidRDefault="00000000">
      <w:pPr>
        <w:pStyle w:val="Question"/>
      </w:pPr>
      <w:r>
        <w:t>Как клиентите реагират на сегашния бранд?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F79F39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F32FB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481E017" w14:textId="77777777" w:rsidR="00F8671E" w:rsidRDefault="00F8671E">
      <w:pPr>
        <w:spacing w:after="20"/>
      </w:pPr>
    </w:p>
    <w:p w14:paraId="557E80BC" w14:textId="77777777" w:rsidR="00F8671E" w:rsidRDefault="00000000">
      <w:pPr>
        <w:pStyle w:val="Question"/>
      </w:pPr>
      <w:r>
        <w:t>Има ли материали, които трябва да се обновят едновременно с ребрандинга?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730C18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1D96D8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</w:r>
            <w:r>
              <w:lastRenderedPageBreak/>
              <w:t xml:space="preserve"> </w:t>
            </w:r>
          </w:p>
        </w:tc>
      </w:tr>
    </w:tbl>
    <w:p w14:paraId="447DF30C" w14:textId="77777777" w:rsidR="00F8671E" w:rsidRDefault="00F8671E">
      <w:pPr>
        <w:spacing w:after="20"/>
      </w:pPr>
    </w:p>
    <w:p w14:paraId="2EE1EF5F" w14:textId="77777777" w:rsidR="00F8671E" w:rsidRDefault="00000000">
      <w:pPr>
        <w:pStyle w:val="Question"/>
      </w:pPr>
      <w:r>
        <w:t>Има ли риск от объркване при смяната на идентичността?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75D6FB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A8EB73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694CB7B" w14:textId="77777777" w:rsidR="00F8671E" w:rsidRDefault="00F8671E">
      <w:pPr>
        <w:spacing w:after="20"/>
      </w:pPr>
    </w:p>
    <w:p w14:paraId="154EE00A" w14:textId="77777777" w:rsidR="00F8671E" w:rsidRDefault="00000000">
      <w:pPr>
        <w:pStyle w:val="Question"/>
      </w:pPr>
      <w:r>
        <w:t>Как ще комуникираме промяната към настоящите клиенти?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17566B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F5958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FF1F65C" w14:textId="77777777" w:rsidR="00F8671E" w:rsidRDefault="00F8671E">
      <w:pPr>
        <w:spacing w:after="20"/>
      </w:pPr>
    </w:p>
    <w:p w14:paraId="708501A2" w14:textId="77777777" w:rsidR="00F8671E" w:rsidRDefault="00000000">
      <w:pPr>
        <w:pStyle w:val="Question"/>
      </w:pPr>
      <w:r>
        <w:t>Кои активи трябва да бъдат мигрирани/обновени?</w:t>
      </w:r>
    </w:p>
    <w:p w14:paraId="399C985E" w14:textId="77777777" w:rsidR="00F8671E" w:rsidRDefault="00000000">
      <w:pPr>
        <w:spacing w:after="60"/>
        <w:ind w:left="115"/>
      </w:pPr>
      <w:r>
        <w:t>□ Сайт   □ Социални профили   □ Google   □ Печат   □ Табели   □ Документи   □ Опаковки   □ Имейл</w:t>
      </w:r>
    </w:p>
    <w:p w14:paraId="478E1302" w14:textId="77777777" w:rsidR="00F8671E" w:rsidRDefault="00000000">
      <w:r>
        <w:br w:type="page"/>
      </w:r>
    </w:p>
    <w:p w14:paraId="307C0ACB" w14:textId="77777777" w:rsidR="00F8671E" w:rsidRDefault="00000000">
      <w:pPr>
        <w:pStyle w:val="Heading1"/>
      </w:pPr>
      <w:r>
        <w:lastRenderedPageBreak/>
        <w:t>5. Печатен и рекламен дизайн</w:t>
      </w:r>
    </w:p>
    <w:p w14:paraId="21B6EA23" w14:textId="77777777" w:rsidR="00F8671E" w:rsidRDefault="00000000">
      <w:pPr>
        <w:spacing w:after="160"/>
      </w:pPr>
      <w:r>
        <w:rPr>
          <w:i/>
          <w:color w:val="465064"/>
        </w:rPr>
        <w:t>За флаери, брошури, плакати, визитки, менюта, ценови листи, каталози, ваучери и кампанийни визии.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0304A1E1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0140F2C5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33AE2FEE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3C71986D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6CF16034" w14:textId="77777777" w:rsidR="00F8671E" w:rsidRDefault="00000000">
            <w:r>
              <w:t xml:space="preserve"> </w:t>
            </w:r>
          </w:p>
        </w:tc>
      </w:tr>
      <w:tr w:rsidR="00F8671E" w14:paraId="6DF2D12A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63C2F94C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49E2BA2B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1A0CE122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7B25A333" w14:textId="77777777" w:rsidR="00F8671E" w:rsidRDefault="00000000">
            <w:r>
              <w:t xml:space="preserve"> </w:t>
            </w:r>
          </w:p>
        </w:tc>
      </w:tr>
    </w:tbl>
    <w:p w14:paraId="174F18FE" w14:textId="77777777" w:rsidR="00F8671E" w:rsidRDefault="00F8671E"/>
    <w:p w14:paraId="507E8EEE" w14:textId="77777777" w:rsidR="00F8671E" w:rsidRDefault="00000000">
      <w:pPr>
        <w:pStyle w:val="Question"/>
      </w:pPr>
      <w:r>
        <w:t>Какъв материал ви е необходим?</w:t>
      </w:r>
    </w:p>
    <w:p w14:paraId="223E2551" w14:textId="77777777" w:rsidR="00F8671E" w:rsidRDefault="00000000">
      <w:pPr>
        <w:spacing w:after="60"/>
        <w:ind w:left="115"/>
      </w:pPr>
      <w:r>
        <w:t>□ Флаер   □ Брошура   □ Плакат   □ Визитка   □ Меню   □ Ценова листа   □ Каталог   □ Ваучер   □ Карта за лоялност   □ Банер   □ Друго</w:t>
      </w:r>
    </w:p>
    <w:p w14:paraId="452A5AA2" w14:textId="77777777" w:rsidR="00F8671E" w:rsidRDefault="00000000">
      <w:pPr>
        <w:pStyle w:val="Question"/>
      </w:pPr>
      <w:r>
        <w:t>Каква е основната му цел?</w:t>
      </w:r>
    </w:p>
    <w:p w14:paraId="04E3DA43" w14:textId="77777777" w:rsidR="00F8671E" w:rsidRDefault="00000000">
      <w:pPr>
        <w:pStyle w:val="Small"/>
      </w:pPr>
      <w:r>
        <w:t>Информиране, продажба, запитване, посещение, резервация, промоция, доверие.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8186DC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38F4E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C39458A" w14:textId="77777777" w:rsidR="00F8671E" w:rsidRDefault="00F8671E">
      <w:pPr>
        <w:spacing w:after="20"/>
      </w:pPr>
    </w:p>
    <w:p w14:paraId="2C2D8079" w14:textId="77777777" w:rsidR="00F8671E" w:rsidRDefault="00000000">
      <w:pPr>
        <w:pStyle w:val="Question"/>
      </w:pPr>
      <w:r>
        <w:t>Кой ще го вижда?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2673B2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A6646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D544E28" w14:textId="77777777" w:rsidR="00F8671E" w:rsidRDefault="00F8671E">
      <w:pPr>
        <w:spacing w:after="20"/>
      </w:pPr>
    </w:p>
    <w:p w14:paraId="06474753" w14:textId="77777777" w:rsidR="00F8671E" w:rsidRDefault="00000000">
      <w:pPr>
        <w:pStyle w:val="Question"/>
      </w:pPr>
      <w:r>
        <w:t>Къде ще бъде използван / разпространяван?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66CD60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87F91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85CAF21" w14:textId="77777777" w:rsidR="00F8671E" w:rsidRDefault="00F8671E">
      <w:pPr>
        <w:spacing w:after="20"/>
      </w:pPr>
    </w:p>
    <w:p w14:paraId="66B748DF" w14:textId="77777777" w:rsidR="00F8671E" w:rsidRDefault="00000000">
      <w:pPr>
        <w:pStyle w:val="Question"/>
      </w:pPr>
      <w:r>
        <w:t>Какво е основното послание, което човек трябва да запомни?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A65535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73829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C3BEA54" w14:textId="77777777" w:rsidR="00F8671E" w:rsidRDefault="00F8671E">
      <w:pPr>
        <w:spacing w:after="20"/>
      </w:pPr>
    </w:p>
    <w:p w14:paraId="519986A9" w14:textId="77777777" w:rsidR="00F8671E" w:rsidRDefault="00000000">
      <w:pPr>
        <w:pStyle w:val="Question"/>
      </w:pPr>
      <w:r>
        <w:t>Какво действие трябва да направи след това?</w:t>
      </w:r>
    </w:p>
    <w:p w14:paraId="09CFDBD6" w14:textId="77777777" w:rsidR="00F8671E" w:rsidRDefault="00000000">
      <w:pPr>
        <w:spacing w:after="60"/>
        <w:ind w:left="115"/>
      </w:pPr>
      <w:r>
        <w:t>□ Да се обади   □ Да посети сайт   □ Да сканира QR   □ Да посети обект   □ Да резервира   □ Да купи   □ Друго</w:t>
      </w:r>
    </w:p>
    <w:p w14:paraId="06315D70" w14:textId="77777777" w:rsidR="00F8671E" w:rsidRDefault="00000000">
      <w:pPr>
        <w:pStyle w:val="Question"/>
      </w:pPr>
      <w:r>
        <w:t>Каква информация е задължителна?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759E56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DA4A1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1EC229A3" w14:textId="77777777" w:rsidR="00F8671E" w:rsidRDefault="00F8671E">
      <w:pPr>
        <w:spacing w:after="20"/>
      </w:pPr>
    </w:p>
    <w:p w14:paraId="19C412CE" w14:textId="77777777" w:rsidR="00F8671E" w:rsidRDefault="00000000">
      <w:pPr>
        <w:pStyle w:val="Question"/>
      </w:pPr>
      <w:r>
        <w:t>Има ли информация, която НЕ трябва да присъства?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F2214B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123258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981738B" w14:textId="77777777" w:rsidR="00F8671E" w:rsidRDefault="00F8671E">
      <w:pPr>
        <w:spacing w:after="20"/>
      </w:pPr>
    </w:p>
    <w:p w14:paraId="363A64C7" w14:textId="77777777" w:rsidR="00F8671E" w:rsidRDefault="00000000">
      <w:pPr>
        <w:pStyle w:val="Question"/>
      </w:pPr>
      <w:r>
        <w:t>Има ли готов текст или Freeway трябва да помогне с текста?</w:t>
      </w:r>
    </w:p>
    <w:p w14:paraId="7938F27E" w14:textId="77777777" w:rsidR="00F8671E" w:rsidRDefault="00000000">
      <w:pPr>
        <w:spacing w:after="60"/>
        <w:ind w:left="115"/>
      </w:pPr>
      <w:r>
        <w:t>□ Готов текст   □ Искам редакция   □ Искам Freeway да подготви</w:t>
      </w:r>
    </w:p>
    <w:p w14:paraId="18BBC190" w14:textId="77777777" w:rsidR="00F8671E" w:rsidRDefault="00000000">
      <w:pPr>
        <w:pStyle w:val="Question"/>
      </w:pPr>
      <w:r>
        <w:t>Има ли готови професионални снимки?</w:t>
      </w:r>
    </w:p>
    <w:p w14:paraId="75FD7977" w14:textId="77777777" w:rsidR="00F8671E" w:rsidRDefault="00000000">
      <w:pPr>
        <w:spacing w:after="60"/>
        <w:ind w:left="115"/>
      </w:pPr>
      <w:r>
        <w:t>□ Да   □ Не   □ Частично</w:t>
      </w:r>
    </w:p>
    <w:p w14:paraId="1829C75D" w14:textId="77777777" w:rsidR="00F8671E" w:rsidRDefault="00000000">
      <w:pPr>
        <w:pStyle w:val="Question"/>
      </w:pPr>
      <w:r>
        <w:lastRenderedPageBreak/>
        <w:t>Какъв размер / формат е необходим?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3A83B4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D1FB7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57F5E33C" w14:textId="77777777" w:rsidR="00F8671E" w:rsidRDefault="00F8671E">
      <w:pPr>
        <w:spacing w:after="20"/>
      </w:pPr>
    </w:p>
    <w:p w14:paraId="0F1B5E99" w14:textId="77777777" w:rsidR="00F8671E" w:rsidRDefault="00000000">
      <w:pPr>
        <w:pStyle w:val="Question"/>
      </w:pPr>
      <w:r>
        <w:t>Ще се печата ли? Ако да – количество и печатница известни ли са?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686BC9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08D958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9FCD7FA" w14:textId="77777777" w:rsidR="00F8671E" w:rsidRDefault="00F8671E">
      <w:pPr>
        <w:spacing w:after="20"/>
      </w:pPr>
    </w:p>
    <w:p w14:paraId="63F64871" w14:textId="77777777" w:rsidR="00F8671E" w:rsidRDefault="00000000">
      <w:pPr>
        <w:pStyle w:val="Question"/>
      </w:pPr>
      <w:r>
        <w:t>Има ли bleed, CMYK, хартия или други технически изисквания?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A9B70F4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4600D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8491EAC" w14:textId="77777777" w:rsidR="00F8671E" w:rsidRDefault="00F8671E">
      <w:pPr>
        <w:spacing w:after="20"/>
      </w:pPr>
    </w:p>
    <w:p w14:paraId="582AAB1D" w14:textId="77777777" w:rsidR="00F8671E" w:rsidRDefault="00000000">
      <w:pPr>
        <w:pStyle w:val="Question"/>
      </w:pPr>
      <w:r>
        <w:t>Има ли срок / конкретно събитие?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C5D635B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F3505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35B986C8" w14:textId="77777777" w:rsidR="00F8671E" w:rsidRDefault="00F8671E">
      <w:pPr>
        <w:spacing w:after="20"/>
      </w:pPr>
    </w:p>
    <w:p w14:paraId="29746FA3" w14:textId="77777777" w:rsidR="00F8671E" w:rsidRDefault="00000000">
      <w:pPr>
        <w:pStyle w:val="Question"/>
      </w:pPr>
      <w:r>
        <w:t>Какво настроение трябва да създава материалът?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309223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EB96E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0717876" w14:textId="77777777" w:rsidR="00F8671E" w:rsidRDefault="00F8671E">
      <w:pPr>
        <w:spacing w:after="20"/>
      </w:pPr>
    </w:p>
    <w:p w14:paraId="3C27055C" w14:textId="77777777" w:rsidR="00F8671E" w:rsidRDefault="00000000">
      <w:pPr>
        <w:pStyle w:val="Question"/>
      </w:pPr>
      <w:r>
        <w:t>Посочете визуални примери, които харесвате.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958E1E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0560A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51DEED20" w14:textId="77777777" w:rsidR="00F8671E" w:rsidRDefault="00F8671E">
      <w:pPr>
        <w:spacing w:after="20"/>
      </w:pPr>
    </w:p>
    <w:p w14:paraId="703BC3C8" w14:textId="77777777" w:rsidR="00F8671E" w:rsidRDefault="00000000">
      <w:r>
        <w:br w:type="page"/>
      </w:r>
    </w:p>
    <w:p w14:paraId="3FD2C3B8" w14:textId="77777777" w:rsidR="00F8671E" w:rsidRDefault="00000000">
      <w:pPr>
        <w:pStyle w:val="Heading1"/>
      </w:pPr>
      <w:r>
        <w:lastRenderedPageBreak/>
        <w:t>6. Уебсайт / Landing Page</w:t>
      </w:r>
    </w:p>
    <w:p w14:paraId="13AB519F" w14:textId="77777777" w:rsidR="00F8671E" w:rsidRDefault="00000000">
      <w:pPr>
        <w:spacing w:after="160"/>
      </w:pPr>
      <w:r>
        <w:rPr>
          <w:i/>
          <w:color w:val="465064"/>
        </w:rPr>
        <w:t>Целта е да разберем бизнес целта, структурата, съдържанието, функционалностите и визуалната посока преди да започне изграждането.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62DCBE9D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2E670A31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41FED3F1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68158BBB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1D9E7434" w14:textId="77777777" w:rsidR="00F8671E" w:rsidRDefault="00000000">
            <w:r>
              <w:t xml:space="preserve"> </w:t>
            </w:r>
          </w:p>
        </w:tc>
      </w:tr>
      <w:tr w:rsidR="00F8671E" w14:paraId="4357D5C2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49897110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38C35F76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3A31F3E1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2965D98E" w14:textId="77777777" w:rsidR="00F8671E" w:rsidRDefault="00000000">
            <w:r>
              <w:t xml:space="preserve"> </w:t>
            </w:r>
          </w:p>
        </w:tc>
      </w:tr>
    </w:tbl>
    <w:p w14:paraId="1BB03DA8" w14:textId="77777777" w:rsidR="00F8671E" w:rsidRDefault="00F8671E"/>
    <w:p w14:paraId="533A2920" w14:textId="77777777" w:rsidR="00F8671E" w:rsidRDefault="00000000">
      <w:pPr>
        <w:pStyle w:val="Heading2"/>
      </w:pPr>
      <w:r>
        <w:t>Цел и аудитория</w:t>
      </w:r>
    </w:p>
    <w:p w14:paraId="79489B52" w14:textId="77777777" w:rsidR="00F8671E" w:rsidRDefault="00000000">
      <w:pPr>
        <w:pStyle w:val="Question"/>
      </w:pPr>
      <w:r>
        <w:t>Защо ви е необходим сайт точно сега?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BAF30C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7B8BC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7AEF457D" w14:textId="77777777" w:rsidR="00F8671E" w:rsidRDefault="00F8671E">
      <w:pPr>
        <w:spacing w:after="20"/>
      </w:pPr>
    </w:p>
    <w:p w14:paraId="4849CEA3" w14:textId="77777777" w:rsidR="00F8671E" w:rsidRDefault="00000000">
      <w:pPr>
        <w:pStyle w:val="Question"/>
      </w:pPr>
      <w:r>
        <w:t>Коя е основната цел на сайта?</w:t>
      </w:r>
    </w:p>
    <w:p w14:paraId="5289115D" w14:textId="77777777" w:rsidR="00F8671E" w:rsidRDefault="00000000">
      <w:pPr>
        <w:spacing w:after="60"/>
        <w:ind w:left="115"/>
      </w:pPr>
      <w:r>
        <w:t>□ Запитвания   □ Продажби   □ Резервации   □ Портфолио   □ Доверие   □ Информация   □ Набиране на контакти   □ Друго</w:t>
      </w:r>
    </w:p>
    <w:p w14:paraId="6F6C07EE" w14:textId="77777777" w:rsidR="00F8671E" w:rsidRDefault="00000000">
      <w:pPr>
        <w:pStyle w:val="Question"/>
      </w:pPr>
      <w:r>
        <w:t>Кое е най-важното действие, което посетителят трябва да направи?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996DD5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792BE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BB54B70" w14:textId="77777777" w:rsidR="00F8671E" w:rsidRDefault="00F8671E">
      <w:pPr>
        <w:spacing w:after="20"/>
      </w:pPr>
    </w:p>
    <w:p w14:paraId="151BC774" w14:textId="77777777" w:rsidR="00F8671E" w:rsidRDefault="00000000">
      <w:pPr>
        <w:pStyle w:val="Question"/>
      </w:pPr>
      <w:r>
        <w:t>Кой е основният посетител?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D3A58E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BF76B8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427214AD" w14:textId="77777777" w:rsidR="00F8671E" w:rsidRDefault="00F8671E">
      <w:pPr>
        <w:spacing w:after="20"/>
      </w:pPr>
    </w:p>
    <w:p w14:paraId="2D8FFA81" w14:textId="77777777" w:rsidR="00F8671E" w:rsidRDefault="00000000">
      <w:pPr>
        <w:pStyle w:val="Question"/>
      </w:pPr>
      <w:r>
        <w:t>Какво трябва да разбере този човек в първите 5–10 секунди?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1B788A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89EF8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903453E" w14:textId="77777777" w:rsidR="00F8671E" w:rsidRDefault="00F8671E">
      <w:pPr>
        <w:spacing w:after="20"/>
      </w:pPr>
    </w:p>
    <w:p w14:paraId="5D8420AE" w14:textId="77777777" w:rsidR="00F8671E" w:rsidRDefault="00000000">
      <w:pPr>
        <w:pStyle w:val="Question"/>
      </w:pPr>
      <w:r>
        <w:t>Какви въпроси обикновено задават клиентите преди покупка?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B80F21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E6A62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CD37674" w14:textId="77777777" w:rsidR="00F8671E" w:rsidRDefault="00F8671E">
      <w:pPr>
        <w:spacing w:after="20"/>
      </w:pPr>
    </w:p>
    <w:p w14:paraId="177418C9" w14:textId="77777777" w:rsidR="00F8671E" w:rsidRDefault="00000000">
      <w:pPr>
        <w:pStyle w:val="Question"/>
      </w:pPr>
      <w:r>
        <w:t>Какви възражения или страхове имат?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C09A3B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E785E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78D9D241" w14:textId="77777777" w:rsidR="00F8671E" w:rsidRDefault="00F8671E">
      <w:pPr>
        <w:spacing w:after="20"/>
      </w:pPr>
    </w:p>
    <w:p w14:paraId="57640BB6" w14:textId="77777777" w:rsidR="00F8671E" w:rsidRDefault="00000000">
      <w:pPr>
        <w:pStyle w:val="Heading2"/>
      </w:pPr>
      <w:r>
        <w:lastRenderedPageBreak/>
        <w:t>Структура и съдържание</w:t>
      </w:r>
    </w:p>
    <w:p w14:paraId="342227F3" w14:textId="77777777" w:rsidR="00F8671E" w:rsidRDefault="00000000">
      <w:pPr>
        <w:pStyle w:val="Question"/>
      </w:pPr>
      <w:r>
        <w:t>Какви страници са необходими?</w:t>
      </w:r>
    </w:p>
    <w:p w14:paraId="1D635F29" w14:textId="77777777" w:rsidR="00F8671E" w:rsidRDefault="00000000">
      <w:pPr>
        <w:spacing w:after="60"/>
        <w:ind w:left="115"/>
      </w:pPr>
      <w:r>
        <w:t>□ Начало   □ За нас   □ Услуги   □ Цени   □ Портфолио   □ Контакти   □ Блог   □ FAQ   □ Отзиви   □ Галерия   □ Друго</w:t>
      </w:r>
    </w:p>
    <w:p w14:paraId="08465F1F" w14:textId="77777777" w:rsidR="00F8671E" w:rsidRDefault="00000000">
      <w:pPr>
        <w:pStyle w:val="Question"/>
      </w:pPr>
      <w:r>
        <w:t>Опишете услугите/продуктите, които трябва да представим.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7291BF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BBD6B8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5F23E698" w14:textId="77777777" w:rsidR="00F8671E" w:rsidRDefault="00F8671E">
      <w:pPr>
        <w:spacing w:after="20"/>
      </w:pPr>
    </w:p>
    <w:p w14:paraId="7F5230B4" w14:textId="77777777" w:rsidR="00F8671E" w:rsidRDefault="00000000">
      <w:pPr>
        <w:pStyle w:val="Question"/>
      </w:pPr>
      <w:r>
        <w:t>Имате ли готови текстове?</w:t>
      </w:r>
    </w:p>
    <w:p w14:paraId="0F236147" w14:textId="77777777" w:rsidR="00F8671E" w:rsidRDefault="00000000">
      <w:pPr>
        <w:spacing w:after="60"/>
        <w:ind w:left="115"/>
      </w:pPr>
      <w:r>
        <w:t>□ Да   □ Не   □ Частично</w:t>
      </w:r>
    </w:p>
    <w:p w14:paraId="5B57AC3F" w14:textId="77777777" w:rsidR="00F8671E" w:rsidRDefault="00000000">
      <w:pPr>
        <w:pStyle w:val="Question"/>
      </w:pPr>
      <w:r>
        <w:t>Имате ли готови снимки/видео?</w:t>
      </w:r>
    </w:p>
    <w:p w14:paraId="4D77C35A" w14:textId="77777777" w:rsidR="00F8671E" w:rsidRDefault="00000000">
      <w:pPr>
        <w:spacing w:after="60"/>
        <w:ind w:left="115"/>
      </w:pPr>
      <w:r>
        <w:t>□ Да   □ Не   □ Частично</w:t>
      </w:r>
    </w:p>
    <w:p w14:paraId="068E4511" w14:textId="77777777" w:rsidR="00F8671E" w:rsidRDefault="00000000">
      <w:pPr>
        <w:pStyle w:val="Question"/>
      </w:pPr>
      <w:r>
        <w:t>Имате ли клиентски отзиви, сертификати, партньори или други доказателства за доверие?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BA9541B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FC49D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A0C86F3" w14:textId="77777777" w:rsidR="00F8671E" w:rsidRDefault="00F8671E">
      <w:pPr>
        <w:spacing w:after="20"/>
      </w:pPr>
    </w:p>
    <w:p w14:paraId="1DA1C46A" w14:textId="77777777" w:rsidR="00F8671E" w:rsidRDefault="00000000">
      <w:pPr>
        <w:pStyle w:val="Question"/>
      </w:pPr>
      <w:r>
        <w:t>Има ли съдържание, което трябва да се прехвърли от стар сайт?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0557B2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F8C97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A614A81" w14:textId="77777777" w:rsidR="00F8671E" w:rsidRDefault="00F8671E">
      <w:pPr>
        <w:spacing w:after="20"/>
      </w:pPr>
    </w:p>
    <w:p w14:paraId="5173DC1A" w14:textId="77777777" w:rsidR="00F8671E" w:rsidRDefault="00000000">
      <w:pPr>
        <w:pStyle w:val="Question"/>
      </w:pPr>
      <w:r>
        <w:t>Трябва ли сайтът да е на повече от един език?</w:t>
      </w:r>
    </w:p>
    <w:p w14:paraId="64CFB5D9" w14:textId="77777777" w:rsidR="00F8671E" w:rsidRDefault="00000000">
      <w:pPr>
        <w:spacing w:after="60"/>
        <w:ind w:left="115"/>
      </w:pPr>
      <w:r>
        <w:t>□ Не   □ Да – 2 езика   □ Да – 3+ езика</w:t>
      </w:r>
    </w:p>
    <w:p w14:paraId="0F802EF6" w14:textId="77777777" w:rsidR="00F8671E" w:rsidRDefault="00000000">
      <w:pPr>
        <w:pStyle w:val="Heading2"/>
      </w:pPr>
      <w:r>
        <w:t>Функционалности</w:t>
      </w:r>
    </w:p>
    <w:p w14:paraId="439640C6" w14:textId="77777777" w:rsidR="00F8671E" w:rsidRDefault="00000000">
      <w:pPr>
        <w:pStyle w:val="Question"/>
      </w:pPr>
      <w:r>
        <w:t>Какви функции са нужни?</w:t>
      </w:r>
    </w:p>
    <w:p w14:paraId="763FC89D" w14:textId="77777777" w:rsidR="00F8671E" w:rsidRDefault="00000000">
      <w:pPr>
        <w:spacing w:after="60"/>
        <w:ind w:left="115"/>
      </w:pPr>
      <w:r>
        <w:t>□ Контактна форма   □ Запитване за оферта   □ Онлайн резервация   □ Календар   □ Онлайн магазин   □ Плащане   □ Карта   □ WhatsApp/Viber   □ Newsletter   □ Downloads   □ Друго</w:t>
      </w:r>
    </w:p>
    <w:p w14:paraId="08002354" w14:textId="77777777" w:rsidR="00F8671E" w:rsidRDefault="00000000">
      <w:pPr>
        <w:pStyle w:val="Question"/>
      </w:pPr>
      <w:r>
        <w:t>Има ли външни системи, които трябва да се свържат?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2A0E82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857FD6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1F6FF8D" w14:textId="77777777" w:rsidR="00F8671E" w:rsidRDefault="00F8671E">
      <w:pPr>
        <w:spacing w:after="20"/>
      </w:pPr>
    </w:p>
    <w:p w14:paraId="5BB6A6D4" w14:textId="77777777" w:rsidR="00F8671E" w:rsidRDefault="00000000">
      <w:pPr>
        <w:pStyle w:val="Question"/>
      </w:pPr>
      <w:r>
        <w:t>Имате ли специфичен процес за запитване/резервация?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F06DCA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2AEE5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554B79A3" w14:textId="77777777" w:rsidR="00F8671E" w:rsidRDefault="00F8671E">
      <w:pPr>
        <w:spacing w:after="20"/>
      </w:pPr>
    </w:p>
    <w:p w14:paraId="4B8637EF" w14:textId="77777777" w:rsidR="00F8671E" w:rsidRDefault="00000000">
      <w:pPr>
        <w:pStyle w:val="Question"/>
      </w:pPr>
      <w:r>
        <w:t>Кой трябва да получава запитванията?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FE149E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1C9DD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20DC1CE0" w14:textId="77777777" w:rsidR="00F8671E" w:rsidRDefault="00F8671E">
      <w:pPr>
        <w:spacing w:after="20"/>
      </w:pPr>
    </w:p>
    <w:p w14:paraId="374C7293" w14:textId="77777777" w:rsidR="00F8671E" w:rsidRDefault="00000000">
      <w:pPr>
        <w:pStyle w:val="Question"/>
      </w:pPr>
      <w:r>
        <w:lastRenderedPageBreak/>
        <w:t>Необходимо ли е клиентът да качва файлове?</w:t>
      </w:r>
    </w:p>
    <w:p w14:paraId="0AD449E5" w14:textId="77777777" w:rsidR="00F8671E" w:rsidRDefault="00000000">
      <w:pPr>
        <w:spacing w:after="60"/>
        <w:ind w:left="115"/>
      </w:pPr>
      <w:r>
        <w:t>□ Да   □ Не</w:t>
      </w:r>
    </w:p>
    <w:p w14:paraId="0D239D87" w14:textId="77777777" w:rsidR="00F8671E" w:rsidRDefault="00000000">
      <w:pPr>
        <w:pStyle w:val="Question"/>
      </w:pPr>
      <w:r>
        <w:t>Нужно ли е съдържанието да се обновява често?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7D7802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5EF48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15C89AC" w14:textId="77777777" w:rsidR="00F8671E" w:rsidRDefault="00F8671E">
      <w:pPr>
        <w:spacing w:after="20"/>
      </w:pPr>
    </w:p>
    <w:p w14:paraId="161A7117" w14:textId="77777777" w:rsidR="00F8671E" w:rsidRDefault="00000000">
      <w:pPr>
        <w:pStyle w:val="Heading2"/>
      </w:pPr>
      <w:r>
        <w:t>Техническа информация</w:t>
      </w:r>
    </w:p>
    <w:p w14:paraId="0F713E86" w14:textId="77777777" w:rsidR="00F8671E" w:rsidRDefault="00000000">
      <w:pPr>
        <w:pStyle w:val="Question"/>
      </w:pPr>
      <w:r>
        <w:t>Имате ли домейн?</w:t>
      </w:r>
    </w:p>
    <w:p w14:paraId="067852E1" w14:textId="77777777" w:rsidR="00F8671E" w:rsidRDefault="00000000">
      <w:pPr>
        <w:spacing w:after="60"/>
        <w:ind w:left="115"/>
      </w:pPr>
      <w:r>
        <w:t>□ Да   □ Не   □ Не знам</w:t>
      </w:r>
    </w:p>
    <w:p w14:paraId="51103E0E" w14:textId="77777777" w:rsidR="00F8671E" w:rsidRDefault="00000000">
      <w:pPr>
        <w:pStyle w:val="Question"/>
      </w:pPr>
      <w:r>
        <w:t>Имате ли хостинг?</w:t>
      </w:r>
    </w:p>
    <w:p w14:paraId="77298164" w14:textId="77777777" w:rsidR="00F8671E" w:rsidRDefault="00000000">
      <w:pPr>
        <w:spacing w:after="60"/>
        <w:ind w:left="115"/>
      </w:pPr>
      <w:r>
        <w:t>□ Да   □ Не   □ Не знам</w:t>
      </w:r>
    </w:p>
    <w:p w14:paraId="0E55BF29" w14:textId="77777777" w:rsidR="00F8671E" w:rsidRDefault="00000000">
      <w:pPr>
        <w:pStyle w:val="Question"/>
      </w:pPr>
      <w:r>
        <w:t>Имате ли достъп до сегашния сайт/домейн/хостинг?</w:t>
      </w:r>
    </w:p>
    <w:p w14:paraId="0A9335AE" w14:textId="77777777" w:rsidR="00F8671E" w:rsidRDefault="00000000">
      <w:pPr>
        <w:spacing w:after="60"/>
        <w:ind w:left="115"/>
      </w:pPr>
      <w:r>
        <w:t>□ Да   □ Не   □ Няма стар сайт</w:t>
      </w:r>
    </w:p>
    <w:p w14:paraId="4C7F0703" w14:textId="77777777" w:rsidR="00F8671E" w:rsidRDefault="00000000">
      <w:pPr>
        <w:pStyle w:val="Question"/>
      </w:pPr>
      <w:r>
        <w:t>Има ли фирмен имейл към домейна?</w:t>
      </w:r>
    </w:p>
    <w:p w14:paraId="403CDDC6" w14:textId="77777777" w:rsidR="00F8671E" w:rsidRDefault="00000000">
      <w:pPr>
        <w:spacing w:after="60"/>
        <w:ind w:left="115"/>
      </w:pPr>
      <w:r>
        <w:t>□ Да   □ Не</w:t>
      </w:r>
    </w:p>
    <w:p w14:paraId="7A14CD0B" w14:textId="77777777" w:rsidR="00F8671E" w:rsidRDefault="00000000">
      <w:pPr>
        <w:pStyle w:val="Question"/>
      </w:pPr>
      <w:r>
        <w:t>Има ли изисквания за cookie banner, политика за поверителност, общи условия или други правни текстове?</w:t>
      </w:r>
    </w:p>
    <w:p w14:paraId="0B0B1037" w14:textId="77777777" w:rsidR="00F8671E" w:rsidRDefault="00000000">
      <w:pPr>
        <w:pStyle w:val="Small"/>
      </w:pPr>
      <w:r>
        <w:t>Freeway може да интегрира предоставени текстове, но не предоставя правна консултация.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6A5D8A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79D32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37570EF" w14:textId="77777777" w:rsidR="00F8671E" w:rsidRDefault="00F8671E">
      <w:pPr>
        <w:spacing w:after="20"/>
      </w:pPr>
    </w:p>
    <w:p w14:paraId="3B7A5ABD" w14:textId="77777777" w:rsidR="00F8671E" w:rsidRDefault="00000000">
      <w:pPr>
        <w:pStyle w:val="Question"/>
      </w:pPr>
      <w:r>
        <w:t>Имате ли Google Analytics / Search Console / Meta Pixel?</w:t>
      </w:r>
    </w:p>
    <w:p w14:paraId="5FF7DD4C" w14:textId="77777777" w:rsidR="00F8671E" w:rsidRDefault="00000000">
      <w:pPr>
        <w:spacing w:after="60"/>
        <w:ind w:left="115"/>
      </w:pPr>
      <w:r>
        <w:t>□ Да   □ Не   □ Не знам</w:t>
      </w:r>
    </w:p>
    <w:p w14:paraId="42F1A83E" w14:textId="77777777" w:rsidR="00F8671E" w:rsidRDefault="00000000">
      <w:pPr>
        <w:pStyle w:val="Heading2"/>
      </w:pPr>
      <w:r>
        <w:t>Дизайн</w:t>
      </w:r>
    </w:p>
    <w:p w14:paraId="4BD0211F" w14:textId="77777777" w:rsidR="00F8671E" w:rsidRDefault="00000000">
      <w:pPr>
        <w:pStyle w:val="Question"/>
      </w:pPr>
      <w:r>
        <w:t>Как трябва да се чувства човек, докато разглежда сайта?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A28FF4B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9390D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71D6C300" w14:textId="77777777" w:rsidR="00F8671E" w:rsidRDefault="00F8671E">
      <w:pPr>
        <w:spacing w:after="20"/>
      </w:pPr>
    </w:p>
    <w:p w14:paraId="5703C046" w14:textId="77777777" w:rsidR="00F8671E" w:rsidRDefault="00000000">
      <w:pPr>
        <w:pStyle w:val="Question"/>
      </w:pPr>
      <w:r>
        <w:t>Посочете 3 сайта, които харесвате. Какво конкретно ви харесва?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15E360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F41F3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564B9B75" w14:textId="77777777" w:rsidR="00F8671E" w:rsidRDefault="00F8671E">
      <w:pPr>
        <w:spacing w:after="20"/>
      </w:pPr>
    </w:p>
    <w:p w14:paraId="2D97CD71" w14:textId="77777777" w:rsidR="00F8671E" w:rsidRDefault="00000000">
      <w:pPr>
        <w:pStyle w:val="Question"/>
      </w:pPr>
      <w:r>
        <w:t>Посочете сайтове, които не харесвате. Защо?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1A9DFF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B13E2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5D01EE5B" w14:textId="77777777" w:rsidR="00F8671E" w:rsidRDefault="00F8671E">
      <w:pPr>
        <w:spacing w:after="20"/>
      </w:pPr>
    </w:p>
    <w:p w14:paraId="2E21FAEB" w14:textId="77777777" w:rsidR="00F8671E" w:rsidRDefault="00000000">
      <w:pPr>
        <w:pStyle w:val="Question"/>
      </w:pPr>
      <w:r>
        <w:lastRenderedPageBreak/>
        <w:t>Какъв визуален стил търсите?</w:t>
      </w:r>
    </w:p>
    <w:p w14:paraId="68A3C563" w14:textId="77777777" w:rsidR="00F8671E" w:rsidRDefault="00000000">
      <w:pPr>
        <w:spacing w:after="60"/>
        <w:ind w:left="115"/>
      </w:pPr>
      <w:r>
        <w:t>□ Минималистичен   □ Премиум   □ Смел   □ Топъл   □ Корпоративен   □ Артистичен   □ Технологичен   □ Друг</w:t>
      </w:r>
    </w:p>
    <w:p w14:paraId="6DD853C2" w14:textId="77777777" w:rsidR="00F8671E" w:rsidRDefault="00000000">
      <w:pPr>
        <w:pStyle w:val="Question"/>
      </w:pPr>
      <w:r>
        <w:t>Има ли съществуващ brand guide, който трябва да следваме?</w:t>
      </w:r>
    </w:p>
    <w:p w14:paraId="1F122FCA" w14:textId="77777777" w:rsidR="00F8671E" w:rsidRDefault="00000000">
      <w:pPr>
        <w:spacing w:after="60"/>
        <w:ind w:left="115"/>
      </w:pPr>
      <w:r>
        <w:t>□ Да   □ Не</w:t>
      </w:r>
    </w:p>
    <w:p w14:paraId="17C02B08" w14:textId="77777777" w:rsidR="00F8671E" w:rsidRDefault="00000000">
      <w:pPr>
        <w:pStyle w:val="Question"/>
      </w:pPr>
      <w:r>
        <w:t>Има ли елементи, които задължително трябва да присъстват на началната страница?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BEF5B2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3F92C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887AB3F" w14:textId="77777777" w:rsidR="00F8671E" w:rsidRDefault="00F8671E">
      <w:pPr>
        <w:spacing w:after="20"/>
      </w:pPr>
    </w:p>
    <w:p w14:paraId="17C17AD0" w14:textId="77777777" w:rsidR="00F8671E" w:rsidRDefault="00000000">
      <w:pPr>
        <w:pStyle w:val="Heading2"/>
      </w:pPr>
      <w:r>
        <w:t>След пускане</w:t>
      </w:r>
    </w:p>
    <w:p w14:paraId="749138C1" w14:textId="77777777" w:rsidR="00F8671E" w:rsidRDefault="00000000">
      <w:pPr>
        <w:pStyle w:val="Question"/>
      </w:pPr>
      <w:r>
        <w:t>Кой ще обновява сайта след пускането?</w:t>
      </w:r>
    </w:p>
    <w:p w14:paraId="023B30FD" w14:textId="77777777" w:rsidR="00F8671E" w:rsidRDefault="00000000">
      <w:pPr>
        <w:spacing w:after="60"/>
        <w:ind w:left="115"/>
      </w:pPr>
      <w:r>
        <w:t>□ Клиентът   □ Freeway   □ Ще решим допълнително</w:t>
      </w:r>
    </w:p>
    <w:p w14:paraId="33D30A8A" w14:textId="77777777" w:rsidR="00F8671E" w:rsidRDefault="00000000">
      <w:pPr>
        <w:pStyle w:val="Question"/>
      </w:pPr>
      <w:r>
        <w:t>Какъв тип промени очаквате месечно?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4D585C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48258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E796720" w14:textId="77777777" w:rsidR="00F8671E" w:rsidRDefault="00F8671E">
      <w:pPr>
        <w:spacing w:after="20"/>
      </w:pPr>
    </w:p>
    <w:p w14:paraId="427615EF" w14:textId="77777777" w:rsidR="00F8671E" w:rsidRDefault="00000000">
      <w:pPr>
        <w:pStyle w:val="Question"/>
      </w:pPr>
      <w:r>
        <w:t>Искате ли кратко обучение/инструкции за работа със сайта?</w:t>
      </w:r>
    </w:p>
    <w:p w14:paraId="47344D76" w14:textId="77777777" w:rsidR="00F8671E" w:rsidRDefault="00000000">
      <w:pPr>
        <w:spacing w:after="60"/>
        <w:ind w:left="115"/>
      </w:pPr>
      <w:r>
        <w:t>□ Да   □ Не</w:t>
      </w:r>
    </w:p>
    <w:p w14:paraId="3C8C8754" w14:textId="77777777" w:rsidR="00F8671E" w:rsidRDefault="00000000">
      <w:r>
        <w:br w:type="page"/>
      </w:r>
    </w:p>
    <w:p w14:paraId="763064B9" w14:textId="77777777" w:rsidR="00F8671E" w:rsidRDefault="00000000">
      <w:pPr>
        <w:pStyle w:val="Heading1"/>
      </w:pPr>
      <w:r>
        <w:lastRenderedPageBreak/>
        <w:t>7. Социални мрежи – съдържание</w:t>
      </w:r>
    </w:p>
    <w:p w14:paraId="39950ACA" w14:textId="77777777" w:rsidR="00F8671E" w:rsidRDefault="00000000">
      <w:pPr>
        <w:spacing w:after="160"/>
      </w:pPr>
      <w:r>
        <w:rPr>
          <w:i/>
          <w:color w:val="465064"/>
        </w:rPr>
        <w:t>Freeway подготвя съдържанието и готовите визии; по текущото решение клиентът публикува съдържанието сам.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0295557E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25CBAB58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11791F25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6EAC8F8D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6D0C0E81" w14:textId="77777777" w:rsidR="00F8671E" w:rsidRDefault="00000000">
            <w:r>
              <w:t xml:space="preserve"> </w:t>
            </w:r>
          </w:p>
        </w:tc>
      </w:tr>
      <w:tr w:rsidR="00F8671E" w14:paraId="64E51E7D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35FD622B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54ABE995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622CE16D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6ED10CCE" w14:textId="77777777" w:rsidR="00F8671E" w:rsidRDefault="00000000">
            <w:r>
              <w:t xml:space="preserve"> </w:t>
            </w:r>
          </w:p>
        </w:tc>
      </w:tr>
    </w:tbl>
    <w:p w14:paraId="44CF91BA" w14:textId="77777777" w:rsidR="00F8671E" w:rsidRDefault="00F8671E"/>
    <w:p w14:paraId="6A16711F" w14:textId="77777777" w:rsidR="00F8671E" w:rsidRDefault="00000000">
      <w:pPr>
        <w:pStyle w:val="Question"/>
      </w:pPr>
      <w:r>
        <w:t>Кои платформи използвате?</w:t>
      </w:r>
    </w:p>
    <w:p w14:paraId="79FEA952" w14:textId="77777777" w:rsidR="00F8671E" w:rsidRDefault="00000000">
      <w:pPr>
        <w:spacing w:after="60"/>
        <w:ind w:left="115"/>
      </w:pPr>
      <w:r>
        <w:t>□ Facebook   □ Instagram   □ LinkedIn   □ TikTok   □ Други</w:t>
      </w:r>
    </w:p>
    <w:p w14:paraId="39B2A0AE" w14:textId="77777777" w:rsidR="00F8671E" w:rsidRDefault="00000000">
      <w:pPr>
        <w:pStyle w:val="Question"/>
      </w:pPr>
      <w:r>
        <w:t>Каква е целта на съдържанието?</w:t>
      </w:r>
    </w:p>
    <w:p w14:paraId="14CB10A6" w14:textId="77777777" w:rsidR="00F8671E" w:rsidRDefault="00000000">
      <w:pPr>
        <w:spacing w:after="60"/>
        <w:ind w:left="115"/>
      </w:pPr>
      <w:r>
        <w:t>□ Разпознаваемост   □ Запитвания   □ Продажби   □ Резервации   □ Образоване   □ Доверие   □ Общност</w:t>
      </w:r>
    </w:p>
    <w:p w14:paraId="4D4A7730" w14:textId="77777777" w:rsidR="00F8671E" w:rsidRDefault="00000000">
      <w:pPr>
        <w:pStyle w:val="Question"/>
      </w:pPr>
      <w:r>
        <w:t>Кой е основният ви клиент в социалните мрежи?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C5CAE9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CB3FD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6AA29305" w14:textId="77777777" w:rsidR="00F8671E" w:rsidRDefault="00F8671E">
      <w:pPr>
        <w:spacing w:after="20"/>
      </w:pPr>
    </w:p>
    <w:p w14:paraId="79EF218C" w14:textId="77777777" w:rsidR="00F8671E" w:rsidRDefault="00000000">
      <w:pPr>
        <w:pStyle w:val="Question"/>
      </w:pPr>
      <w:r>
        <w:t>Какъв тон на комуникация искате?</w:t>
      </w:r>
    </w:p>
    <w:p w14:paraId="65E6E5ED" w14:textId="77777777" w:rsidR="00F8671E" w:rsidRDefault="00000000">
      <w:pPr>
        <w:spacing w:after="60"/>
        <w:ind w:left="115"/>
      </w:pPr>
      <w:r>
        <w:t>□ Професионален   □ Топъл   □ Неформален   □ Експертен   □ Луксозен   □ Забавен   □ Директен</w:t>
      </w:r>
    </w:p>
    <w:p w14:paraId="660FAEDB" w14:textId="77777777" w:rsidR="00F8671E" w:rsidRDefault="00000000">
      <w:pPr>
        <w:pStyle w:val="Question"/>
      </w:pPr>
      <w:r>
        <w:t>Кои теми трябва да присъстват редовно?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ACF2CB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B3E7C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08F3FCAC" w14:textId="77777777" w:rsidR="00F8671E" w:rsidRDefault="00F8671E">
      <w:pPr>
        <w:spacing w:after="20"/>
      </w:pPr>
    </w:p>
    <w:p w14:paraId="13310AD5" w14:textId="77777777" w:rsidR="00F8671E" w:rsidRDefault="00000000">
      <w:pPr>
        <w:pStyle w:val="Question"/>
      </w:pPr>
      <w:r>
        <w:t>Кои теми НЕ трябва да засягаме?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923BBE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7957A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AECE696" w14:textId="77777777" w:rsidR="00F8671E" w:rsidRDefault="00F8671E">
      <w:pPr>
        <w:spacing w:after="20"/>
      </w:pPr>
    </w:p>
    <w:p w14:paraId="7D56D584" w14:textId="77777777" w:rsidR="00F8671E" w:rsidRDefault="00000000">
      <w:pPr>
        <w:pStyle w:val="Question"/>
      </w:pPr>
      <w:r>
        <w:t>Колко публикации искате да получавате за месец?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187476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4A1EA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7DCA5C74" w14:textId="77777777" w:rsidR="00F8671E" w:rsidRDefault="00F8671E">
      <w:pPr>
        <w:spacing w:after="20"/>
      </w:pPr>
    </w:p>
    <w:p w14:paraId="5749D6E2" w14:textId="77777777" w:rsidR="00F8671E" w:rsidRDefault="00000000">
      <w:pPr>
        <w:pStyle w:val="Question"/>
      </w:pPr>
      <w:r>
        <w:t>Имате ли снимки/видео от бизнеса?</w:t>
      </w:r>
    </w:p>
    <w:p w14:paraId="46C588F9" w14:textId="77777777" w:rsidR="00F8671E" w:rsidRDefault="00000000">
      <w:pPr>
        <w:spacing w:after="60"/>
        <w:ind w:left="115"/>
      </w:pPr>
      <w:r>
        <w:t>□ Да   □ Не   □ Частично</w:t>
      </w:r>
    </w:p>
    <w:p w14:paraId="23248F60" w14:textId="77777777" w:rsidR="00F8671E" w:rsidRDefault="00000000">
      <w:pPr>
        <w:pStyle w:val="Question"/>
      </w:pPr>
      <w:r>
        <w:t>Имате ли сезонни кампании, промоции или важни дати?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38764C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9D2453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C333F2D" w14:textId="77777777" w:rsidR="00F8671E" w:rsidRDefault="00F8671E">
      <w:pPr>
        <w:spacing w:after="20"/>
      </w:pPr>
    </w:p>
    <w:p w14:paraId="150B835B" w14:textId="77777777" w:rsidR="00F8671E" w:rsidRDefault="00000000">
      <w:pPr>
        <w:pStyle w:val="Question"/>
      </w:pPr>
      <w:r>
        <w:t>Какъв тип съдържание предпочитате?</w:t>
      </w:r>
    </w:p>
    <w:p w14:paraId="75BB0403" w14:textId="77777777" w:rsidR="00F8671E" w:rsidRDefault="00000000">
      <w:pPr>
        <w:spacing w:after="60"/>
        <w:ind w:left="115"/>
      </w:pPr>
      <w:r>
        <w:t>□ Образователно   □ Промоционално   □ Преди/след   □ Зад кулисите   □ Отзиви   □ Екип   □ FAQ   □ Продукти/услуги</w:t>
      </w:r>
    </w:p>
    <w:p w14:paraId="2295CBA5" w14:textId="77777777" w:rsidR="00F8671E" w:rsidRDefault="00000000">
      <w:pPr>
        <w:pStyle w:val="Question"/>
      </w:pPr>
      <w:r>
        <w:t>Какво действие искаме да предизвикваме?</w:t>
      </w:r>
    </w:p>
    <w:p w14:paraId="67B249C9" w14:textId="77777777" w:rsidR="00F8671E" w:rsidRDefault="00000000">
      <w:pPr>
        <w:spacing w:after="60"/>
        <w:ind w:left="115"/>
      </w:pPr>
      <w:r>
        <w:lastRenderedPageBreak/>
        <w:t>□ Коментар   □ Съобщение   □ Обаждане   □ Посещение   □ Резервация   □ Покупка   □ Посещение на сайт</w:t>
      </w:r>
    </w:p>
    <w:p w14:paraId="3DC5A3D9" w14:textId="77777777" w:rsidR="00F8671E" w:rsidRDefault="00000000">
      <w:pPr>
        <w:pStyle w:val="Question"/>
      </w:pPr>
      <w:r>
        <w:t>Има ли думи/изрази, които задължително да използваме или избягваме?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C67812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2B910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9D367B3" w14:textId="77777777" w:rsidR="00F8671E" w:rsidRDefault="00F8671E">
      <w:pPr>
        <w:spacing w:after="20"/>
      </w:pPr>
    </w:p>
    <w:p w14:paraId="6E3E1B63" w14:textId="77777777" w:rsidR="00F8671E" w:rsidRDefault="00000000">
      <w:pPr>
        <w:pStyle w:val="Question"/>
      </w:pPr>
      <w:r>
        <w:t>Кой одобрява съдържанието преди публикуване?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FC3A11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AD8B3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2F08BC57" w14:textId="77777777" w:rsidR="00F8671E" w:rsidRDefault="00F8671E">
      <w:pPr>
        <w:spacing w:after="20"/>
      </w:pPr>
    </w:p>
    <w:p w14:paraId="7D2E112C" w14:textId="77777777" w:rsidR="00F8671E" w:rsidRDefault="00000000">
      <w:pPr>
        <w:pStyle w:val="Question"/>
      </w:pPr>
      <w:r>
        <w:t>В какъв формат искате да получавате готовото съдържание?</w:t>
      </w:r>
    </w:p>
    <w:p w14:paraId="6B55AE55" w14:textId="77777777" w:rsidR="00F8671E" w:rsidRDefault="00000000">
      <w:pPr>
        <w:spacing w:after="60"/>
        <w:ind w:left="115"/>
      </w:pPr>
      <w:r>
        <w:t>□ Текст + изображение   □ Месечен календар   □ Папка по дати   □ Друг</w:t>
      </w:r>
    </w:p>
    <w:p w14:paraId="510DDBB4" w14:textId="77777777" w:rsidR="00F8671E" w:rsidRDefault="00000000">
      <w:r>
        <w:br w:type="page"/>
      </w:r>
    </w:p>
    <w:p w14:paraId="1BB266BA" w14:textId="77777777" w:rsidR="00F8671E" w:rsidRDefault="00000000">
      <w:pPr>
        <w:pStyle w:val="Heading1"/>
      </w:pPr>
      <w:r>
        <w:lastRenderedPageBreak/>
        <w:t>8. Google Business Profile</w:t>
      </w:r>
    </w:p>
    <w:p w14:paraId="261BBB59" w14:textId="77777777" w:rsidR="00F8671E" w:rsidRDefault="00000000">
      <w:pPr>
        <w:spacing w:after="160"/>
      </w:pPr>
      <w:r>
        <w:rPr>
          <w:i/>
          <w:color w:val="465064"/>
        </w:rPr>
        <w:t>За създаване, подреждане и оптимизация на локалното присъствие в Google Search и Maps.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3592996D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10EF0DA4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3DEB0AEB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7D0EB801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38B5E803" w14:textId="77777777" w:rsidR="00F8671E" w:rsidRDefault="00000000">
            <w:r>
              <w:t xml:space="preserve"> </w:t>
            </w:r>
          </w:p>
        </w:tc>
      </w:tr>
      <w:tr w:rsidR="00F8671E" w14:paraId="3B2A4BBA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5414B85F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39F2032E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1470E06B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495E2124" w14:textId="77777777" w:rsidR="00F8671E" w:rsidRDefault="00000000">
            <w:r>
              <w:t xml:space="preserve"> </w:t>
            </w:r>
          </w:p>
        </w:tc>
      </w:tr>
    </w:tbl>
    <w:p w14:paraId="60A7FCC1" w14:textId="77777777" w:rsidR="00F8671E" w:rsidRDefault="00F8671E"/>
    <w:p w14:paraId="27985E51" w14:textId="77777777" w:rsidR="00F8671E" w:rsidRDefault="00000000">
      <w:pPr>
        <w:pStyle w:val="Question"/>
      </w:pPr>
      <w:r>
        <w:t>Имате ли вече Google Business Profile?</w:t>
      </w:r>
    </w:p>
    <w:p w14:paraId="1B6719FA" w14:textId="77777777" w:rsidR="00F8671E" w:rsidRDefault="00000000">
      <w:pPr>
        <w:spacing w:after="60"/>
        <w:ind w:left="115"/>
      </w:pPr>
      <w:r>
        <w:t>□ Да   □ Не   □ Не знам</w:t>
      </w:r>
    </w:p>
    <w:p w14:paraId="5D5C4969" w14:textId="77777777" w:rsidR="00F8671E" w:rsidRDefault="00000000">
      <w:pPr>
        <w:pStyle w:val="Question"/>
      </w:pPr>
      <w:r>
        <w:t>Имате ли администраторски достъп?</w:t>
      </w:r>
    </w:p>
    <w:p w14:paraId="387926D3" w14:textId="77777777" w:rsidR="00F8671E" w:rsidRDefault="00000000">
      <w:pPr>
        <w:spacing w:after="60"/>
        <w:ind w:left="115"/>
      </w:pPr>
      <w:r>
        <w:t>□ Да   □ Не</w:t>
      </w:r>
    </w:p>
    <w:p w14:paraId="1AD332CA" w14:textId="77777777" w:rsidR="00F8671E" w:rsidRDefault="00000000">
      <w:pPr>
        <w:pStyle w:val="Question"/>
      </w:pPr>
      <w:r>
        <w:t>Как е точното име на бизнеса?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46D229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50237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09D3A6BD" w14:textId="77777777" w:rsidR="00F8671E" w:rsidRDefault="00F8671E">
      <w:pPr>
        <w:spacing w:after="20"/>
      </w:pPr>
    </w:p>
    <w:p w14:paraId="17B04B86" w14:textId="77777777" w:rsidR="00F8671E" w:rsidRDefault="00000000">
      <w:pPr>
        <w:pStyle w:val="Question"/>
      </w:pPr>
      <w:r>
        <w:t>Физически адрес / обслужвана зона?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8DFE1E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4E034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FEB30F8" w14:textId="77777777" w:rsidR="00F8671E" w:rsidRDefault="00F8671E">
      <w:pPr>
        <w:spacing w:after="20"/>
      </w:pPr>
    </w:p>
    <w:p w14:paraId="4CC254D6" w14:textId="77777777" w:rsidR="00F8671E" w:rsidRDefault="00000000">
      <w:pPr>
        <w:pStyle w:val="Question"/>
      </w:pPr>
      <w:r>
        <w:t>Телефон, сайт, работно време?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0445DE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3D7F2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9D3331F" w14:textId="77777777" w:rsidR="00F8671E" w:rsidRDefault="00F8671E">
      <w:pPr>
        <w:spacing w:after="20"/>
      </w:pPr>
    </w:p>
    <w:p w14:paraId="265CFBB0" w14:textId="77777777" w:rsidR="00F8671E" w:rsidRDefault="00000000">
      <w:pPr>
        <w:pStyle w:val="Question"/>
      </w:pPr>
      <w:r>
        <w:t>Кои са основните категории на бизнеса?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18A0A7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305718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7C11DED" w14:textId="77777777" w:rsidR="00F8671E" w:rsidRDefault="00F8671E">
      <w:pPr>
        <w:spacing w:after="20"/>
      </w:pPr>
    </w:p>
    <w:p w14:paraId="06A5CFA3" w14:textId="77777777" w:rsidR="00F8671E" w:rsidRDefault="00000000">
      <w:pPr>
        <w:pStyle w:val="Question"/>
      </w:pPr>
      <w:r>
        <w:t>Кои услуги трябва да бъдат добавени?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F1B6B5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1B5F1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29F0CF3B" w14:textId="77777777" w:rsidR="00F8671E" w:rsidRDefault="00F8671E">
      <w:pPr>
        <w:spacing w:after="20"/>
      </w:pPr>
    </w:p>
    <w:p w14:paraId="164AC4E1" w14:textId="77777777" w:rsidR="00F8671E" w:rsidRDefault="00000000">
      <w:pPr>
        <w:pStyle w:val="Question"/>
      </w:pPr>
      <w:r>
        <w:t>Имате ли професионални снимки на обекта/екипа/работата?</w:t>
      </w:r>
    </w:p>
    <w:p w14:paraId="4D6FB94A" w14:textId="77777777" w:rsidR="00F8671E" w:rsidRDefault="00000000">
      <w:pPr>
        <w:spacing w:after="60"/>
        <w:ind w:left="115"/>
      </w:pPr>
      <w:r>
        <w:t>□ Да   □ Не   □ Частично</w:t>
      </w:r>
    </w:p>
    <w:p w14:paraId="522425A5" w14:textId="77777777" w:rsidR="00F8671E" w:rsidRDefault="00000000">
      <w:pPr>
        <w:pStyle w:val="Question"/>
      </w:pPr>
      <w:r>
        <w:t>Имате ли текущи отзиви?</w:t>
      </w:r>
    </w:p>
    <w:p w14:paraId="4FC51C02" w14:textId="77777777" w:rsidR="00F8671E" w:rsidRDefault="00000000">
      <w:pPr>
        <w:spacing w:after="60"/>
        <w:ind w:left="115"/>
      </w:pPr>
      <w:r>
        <w:t>□ Да   □ Не</w:t>
      </w:r>
    </w:p>
    <w:p w14:paraId="57D0563C" w14:textId="77777777" w:rsidR="00F8671E" w:rsidRDefault="00000000">
      <w:pPr>
        <w:pStyle w:val="Question"/>
      </w:pPr>
      <w:r>
        <w:t>Има ли негативни или стари отзиви, които трябва да отчетем в стратегията?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003B25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89300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8DE7A84" w14:textId="77777777" w:rsidR="00F8671E" w:rsidRDefault="00F8671E">
      <w:pPr>
        <w:spacing w:after="20"/>
      </w:pPr>
    </w:p>
    <w:p w14:paraId="1A0F06E7" w14:textId="77777777" w:rsidR="00F8671E" w:rsidRDefault="00000000">
      <w:pPr>
        <w:pStyle w:val="Question"/>
      </w:pPr>
      <w:r>
        <w:t>Кои населени места/райони искате да достигате?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927506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888370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lastRenderedPageBreak/>
              <w:t xml:space="preserve"> </w:t>
            </w:r>
            <w:r>
              <w:br/>
              <w:t xml:space="preserve"> </w:t>
            </w:r>
          </w:p>
        </w:tc>
      </w:tr>
    </w:tbl>
    <w:p w14:paraId="44437A45" w14:textId="77777777" w:rsidR="00F8671E" w:rsidRDefault="00F8671E">
      <w:pPr>
        <w:spacing w:after="20"/>
      </w:pPr>
    </w:p>
    <w:p w14:paraId="6BB68B85" w14:textId="77777777" w:rsidR="00F8671E" w:rsidRDefault="00000000">
      <w:pPr>
        <w:pStyle w:val="Question"/>
      </w:pPr>
      <w:r>
        <w:t>Има ли сезонни часове или временни промени?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3802E8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13611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785F152" w14:textId="77777777" w:rsidR="00F8671E" w:rsidRDefault="00F8671E">
      <w:pPr>
        <w:spacing w:after="20"/>
      </w:pPr>
    </w:p>
    <w:p w14:paraId="7887AF6D" w14:textId="77777777" w:rsidR="00F8671E" w:rsidRDefault="00000000">
      <w:pPr>
        <w:pStyle w:val="Question"/>
      </w:pPr>
      <w:r>
        <w:t>Искате ли QR материал за събиране на отзиви?</w:t>
      </w:r>
    </w:p>
    <w:p w14:paraId="0861E43C" w14:textId="77777777" w:rsidR="00F8671E" w:rsidRDefault="00000000">
      <w:pPr>
        <w:spacing w:after="60"/>
        <w:ind w:left="115"/>
      </w:pPr>
      <w:r>
        <w:t>□ Да   □ Не</w:t>
      </w:r>
    </w:p>
    <w:p w14:paraId="2E7D7A2F" w14:textId="77777777" w:rsidR="00F8671E" w:rsidRDefault="00000000">
      <w:r>
        <w:br w:type="page"/>
      </w:r>
    </w:p>
    <w:p w14:paraId="1EC5333E" w14:textId="77777777" w:rsidR="00F8671E" w:rsidRDefault="00000000">
      <w:pPr>
        <w:pStyle w:val="Heading1"/>
      </w:pPr>
      <w:r>
        <w:lastRenderedPageBreak/>
        <w:t>9. Meta Ads</w:t>
      </w:r>
    </w:p>
    <w:p w14:paraId="0E4BA705" w14:textId="77777777" w:rsidR="00F8671E" w:rsidRDefault="00000000">
      <w:pPr>
        <w:spacing w:after="160"/>
      </w:pPr>
      <w:r>
        <w:rPr>
          <w:i/>
          <w:color w:val="465064"/>
        </w:rPr>
        <w:t>Услуга в развитие. Преди активна кампания трябва да има ясно предложение, цел, бюджет, проследяване и подходяща landing page/контактна точка.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5A4CBD87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075327F6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1C30C43D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15E510A9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0FBCD53A" w14:textId="77777777" w:rsidR="00F8671E" w:rsidRDefault="00000000">
            <w:r>
              <w:t xml:space="preserve"> </w:t>
            </w:r>
          </w:p>
        </w:tc>
      </w:tr>
      <w:tr w:rsidR="00F8671E" w14:paraId="65EE907E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4D0FCB5E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71F9C17E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1580F1A4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0EC2E597" w14:textId="77777777" w:rsidR="00F8671E" w:rsidRDefault="00000000">
            <w:r>
              <w:t xml:space="preserve"> </w:t>
            </w:r>
          </w:p>
        </w:tc>
      </w:tr>
    </w:tbl>
    <w:p w14:paraId="0C2A2C49" w14:textId="77777777" w:rsidR="00F8671E" w:rsidRDefault="00F8671E"/>
    <w:p w14:paraId="48F19F52" w14:textId="77777777" w:rsidR="00F8671E" w:rsidRDefault="00000000">
      <w:pPr>
        <w:pStyle w:val="Question"/>
      </w:pPr>
      <w:r>
        <w:t>Каква е бизнес целта на рекламата?</w:t>
      </w:r>
    </w:p>
    <w:p w14:paraId="7879EC78" w14:textId="77777777" w:rsidR="00F8671E" w:rsidRDefault="00000000">
      <w:pPr>
        <w:spacing w:after="60"/>
        <w:ind w:left="115"/>
      </w:pPr>
      <w:r>
        <w:t>□ Запитвания   □ Продажби   □ Резервации   □ Трафик   □ Разпознаваемост   □ Събитие   □ Leads</w:t>
      </w:r>
    </w:p>
    <w:p w14:paraId="7871B612" w14:textId="77777777" w:rsidR="00F8671E" w:rsidRDefault="00000000">
      <w:pPr>
        <w:pStyle w:val="Question"/>
      </w:pPr>
      <w:r>
        <w:t>Какво конкретно рекламираме?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0AFF4A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62C1C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4948DDCB" w14:textId="77777777" w:rsidR="00F8671E" w:rsidRDefault="00F8671E">
      <w:pPr>
        <w:spacing w:after="20"/>
      </w:pPr>
    </w:p>
    <w:p w14:paraId="0B7180A7" w14:textId="77777777" w:rsidR="00F8671E" w:rsidRDefault="00000000">
      <w:pPr>
        <w:pStyle w:val="Question"/>
      </w:pPr>
      <w:r>
        <w:t>Каква е офертата / причината човек да действа сега?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9034EF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613A3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EF9EED0" w14:textId="77777777" w:rsidR="00F8671E" w:rsidRDefault="00F8671E">
      <w:pPr>
        <w:spacing w:after="20"/>
      </w:pPr>
    </w:p>
    <w:p w14:paraId="054B9688" w14:textId="77777777" w:rsidR="00F8671E" w:rsidRDefault="00000000">
      <w:pPr>
        <w:pStyle w:val="Question"/>
      </w:pPr>
      <w:r>
        <w:t>Кой е идеалният клиент?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CA11809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DA815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0B23EFE8" w14:textId="77777777" w:rsidR="00F8671E" w:rsidRDefault="00F8671E">
      <w:pPr>
        <w:spacing w:after="20"/>
      </w:pPr>
    </w:p>
    <w:p w14:paraId="7CB75A90" w14:textId="77777777" w:rsidR="00F8671E" w:rsidRDefault="00000000">
      <w:pPr>
        <w:pStyle w:val="Question"/>
      </w:pPr>
      <w:r>
        <w:t>Къде се намира аудиторията?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8B6C034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1A4AD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5F83C0B" w14:textId="77777777" w:rsidR="00F8671E" w:rsidRDefault="00F8671E">
      <w:pPr>
        <w:spacing w:after="20"/>
      </w:pPr>
    </w:p>
    <w:p w14:paraId="7F2451D3" w14:textId="77777777" w:rsidR="00F8671E" w:rsidRDefault="00000000">
      <w:pPr>
        <w:pStyle w:val="Question"/>
      </w:pPr>
      <w:r>
        <w:t>Имате ли съществуваща Facebook Page и Instagram профил?</w:t>
      </w:r>
    </w:p>
    <w:p w14:paraId="2F641812" w14:textId="77777777" w:rsidR="00F8671E" w:rsidRDefault="00000000">
      <w:pPr>
        <w:spacing w:after="60"/>
        <w:ind w:left="115"/>
      </w:pPr>
      <w:r>
        <w:t>□ Да   □ Не</w:t>
      </w:r>
    </w:p>
    <w:p w14:paraId="2DFC2D4D" w14:textId="77777777" w:rsidR="00F8671E" w:rsidRDefault="00000000">
      <w:pPr>
        <w:pStyle w:val="Question"/>
      </w:pPr>
      <w:r>
        <w:t>Имате ли Meta Business Portfolio / Ads Manager?</w:t>
      </w:r>
    </w:p>
    <w:p w14:paraId="3E62B6BE" w14:textId="77777777" w:rsidR="00F8671E" w:rsidRDefault="00000000">
      <w:pPr>
        <w:spacing w:after="60"/>
        <w:ind w:left="115"/>
      </w:pPr>
      <w:r>
        <w:t>□ Да   □ Не   □ Не знам</w:t>
      </w:r>
    </w:p>
    <w:p w14:paraId="6C0973B5" w14:textId="77777777" w:rsidR="00F8671E" w:rsidRDefault="00000000">
      <w:pPr>
        <w:pStyle w:val="Question"/>
      </w:pPr>
      <w:r>
        <w:t>Имате ли пиксел / Conversions API / проследяване?</w:t>
      </w:r>
    </w:p>
    <w:p w14:paraId="41A8DB0B" w14:textId="77777777" w:rsidR="00F8671E" w:rsidRDefault="00000000">
      <w:pPr>
        <w:spacing w:after="60"/>
        <w:ind w:left="115"/>
      </w:pPr>
      <w:r>
        <w:t>□ Да   □ Не   □ Не знам</w:t>
      </w:r>
    </w:p>
    <w:p w14:paraId="05E80B3E" w14:textId="77777777" w:rsidR="00F8671E" w:rsidRDefault="00000000">
      <w:pPr>
        <w:pStyle w:val="Question"/>
      </w:pPr>
      <w:r>
        <w:t>Къде ще води рекламата?</w:t>
      </w:r>
    </w:p>
    <w:p w14:paraId="3203FF9F" w14:textId="77777777" w:rsidR="00F8671E" w:rsidRDefault="00000000">
      <w:pPr>
        <w:spacing w:after="60"/>
        <w:ind w:left="115"/>
      </w:pPr>
      <w:r>
        <w:t>□ Сайт   □ Landing page   □ Messenger   □ WhatsApp   □ Instant Form   □ Друго</w:t>
      </w:r>
    </w:p>
    <w:p w14:paraId="5E725625" w14:textId="77777777" w:rsidR="00F8671E" w:rsidRDefault="00000000">
      <w:pPr>
        <w:pStyle w:val="Question"/>
      </w:pPr>
      <w:r>
        <w:t>Какъв е месечният рекламен бюджет?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85823B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5FAC0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185E4D9E" w14:textId="77777777" w:rsidR="00F8671E" w:rsidRDefault="00F8671E">
      <w:pPr>
        <w:spacing w:after="20"/>
      </w:pPr>
    </w:p>
    <w:p w14:paraId="74D453BA" w14:textId="77777777" w:rsidR="00F8671E" w:rsidRDefault="00000000">
      <w:pPr>
        <w:pStyle w:val="Question"/>
      </w:pPr>
      <w:r>
        <w:t>Има ли минимална стойност на продажба / средна стойност на клиент?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27B92B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9D02A8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</w:r>
            <w:r>
              <w:lastRenderedPageBreak/>
              <w:t xml:space="preserve"> </w:t>
            </w:r>
          </w:p>
        </w:tc>
      </w:tr>
    </w:tbl>
    <w:p w14:paraId="09B84C5A" w14:textId="77777777" w:rsidR="00F8671E" w:rsidRDefault="00F8671E">
      <w:pPr>
        <w:spacing w:after="20"/>
      </w:pPr>
    </w:p>
    <w:p w14:paraId="7E55D276" w14:textId="77777777" w:rsidR="00F8671E" w:rsidRDefault="00000000">
      <w:pPr>
        <w:pStyle w:val="Question"/>
      </w:pPr>
      <w:r>
        <w:t>Какво е допустимото количество запитвания, което можете реално да обслужите?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EDD166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77FAC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2B0A93C" w14:textId="77777777" w:rsidR="00F8671E" w:rsidRDefault="00F8671E">
      <w:pPr>
        <w:spacing w:after="20"/>
      </w:pPr>
    </w:p>
    <w:p w14:paraId="0E593166" w14:textId="77777777" w:rsidR="00F8671E" w:rsidRDefault="00000000">
      <w:pPr>
        <w:pStyle w:val="Question"/>
      </w:pPr>
      <w:r>
        <w:t>Имате ли готови снимки/видео/отзиви/преди-след?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B04744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EC8DE4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4ECC45F" w14:textId="77777777" w:rsidR="00F8671E" w:rsidRDefault="00F8671E">
      <w:pPr>
        <w:spacing w:after="20"/>
      </w:pPr>
    </w:p>
    <w:p w14:paraId="0A36336D" w14:textId="77777777" w:rsidR="00F8671E" w:rsidRDefault="00000000">
      <w:pPr>
        <w:pStyle w:val="Question"/>
      </w:pPr>
      <w:r>
        <w:t>Какви реклами сте пускали досега и какъв беше резултатът?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A54CCF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5F97F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02492151" w14:textId="77777777" w:rsidR="00F8671E" w:rsidRDefault="00F8671E">
      <w:pPr>
        <w:spacing w:after="20"/>
      </w:pPr>
    </w:p>
    <w:p w14:paraId="4A8FC943" w14:textId="77777777" w:rsidR="00F8671E" w:rsidRDefault="00000000">
      <w:pPr>
        <w:pStyle w:val="Question"/>
      </w:pPr>
      <w:r>
        <w:t>Има ли промоции, ограничения, регулации или чувствителни категории?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17DD2C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28E8F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30BD29D" w14:textId="77777777" w:rsidR="00F8671E" w:rsidRDefault="00F8671E">
      <w:pPr>
        <w:spacing w:after="20"/>
      </w:pPr>
    </w:p>
    <w:p w14:paraId="079BC554" w14:textId="77777777" w:rsidR="00F8671E" w:rsidRDefault="00000000">
      <w:pPr>
        <w:pStyle w:val="Question"/>
      </w:pPr>
      <w:r>
        <w:t>Как ще измерваме успеха?</w:t>
      </w:r>
    </w:p>
    <w:p w14:paraId="7DEDE2DB" w14:textId="77777777" w:rsidR="00F8671E" w:rsidRDefault="00000000">
      <w:pPr>
        <w:pStyle w:val="Small"/>
      </w:pPr>
      <w:r>
        <w:t>Напр. цена на запитване, брой резервации, ROAS, продажби.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4A672E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24E65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092B7B8" w14:textId="77777777" w:rsidR="00F8671E" w:rsidRDefault="00F8671E">
      <w:pPr>
        <w:spacing w:after="20"/>
      </w:pPr>
    </w:p>
    <w:p w14:paraId="779F09B2" w14:textId="77777777" w:rsidR="00F8671E" w:rsidRDefault="00000000">
      <w:r>
        <w:br w:type="page"/>
      </w:r>
    </w:p>
    <w:p w14:paraId="2B43FB89" w14:textId="77777777" w:rsidR="00F8671E" w:rsidRDefault="00000000">
      <w:pPr>
        <w:pStyle w:val="Heading1"/>
      </w:pPr>
      <w:r>
        <w:lastRenderedPageBreak/>
        <w:t>10. Google Ads</w:t>
      </w:r>
    </w:p>
    <w:p w14:paraId="6A1572A3" w14:textId="77777777" w:rsidR="00F8671E" w:rsidRDefault="00000000">
      <w:pPr>
        <w:spacing w:after="160"/>
      </w:pPr>
      <w:r>
        <w:rPr>
          <w:i/>
          <w:color w:val="465064"/>
        </w:rPr>
        <w:t>Услуга в развитие. Подходяща най-вече когато хората вече активно търсят услугата/продукта.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2FC4DADA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53DBB613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2EE4CF18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1AE99D8B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0F4D9E76" w14:textId="77777777" w:rsidR="00F8671E" w:rsidRDefault="00000000">
            <w:r>
              <w:t xml:space="preserve"> </w:t>
            </w:r>
          </w:p>
        </w:tc>
      </w:tr>
      <w:tr w:rsidR="00F8671E" w14:paraId="78249C83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2E0CA9B3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36D6FCF6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70B34766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28C712AF" w14:textId="77777777" w:rsidR="00F8671E" w:rsidRDefault="00000000">
            <w:r>
              <w:t xml:space="preserve"> </w:t>
            </w:r>
          </w:p>
        </w:tc>
      </w:tr>
    </w:tbl>
    <w:p w14:paraId="2F953EBC" w14:textId="77777777" w:rsidR="00F8671E" w:rsidRDefault="00F8671E"/>
    <w:p w14:paraId="0B947091" w14:textId="77777777" w:rsidR="00F8671E" w:rsidRDefault="00000000">
      <w:pPr>
        <w:pStyle w:val="Question"/>
      </w:pPr>
      <w:r>
        <w:t>Каква е основната цел?</w:t>
      </w:r>
    </w:p>
    <w:p w14:paraId="58AF1BFA" w14:textId="77777777" w:rsidR="00F8671E" w:rsidRDefault="00000000">
      <w:pPr>
        <w:spacing w:after="60"/>
        <w:ind w:left="115"/>
      </w:pPr>
      <w:r>
        <w:t>□ Обаждания   □ Запитвания   □ Продажби   □ Резервации   □ Посещения   □ Друго</w:t>
      </w:r>
    </w:p>
    <w:p w14:paraId="50D13397" w14:textId="77777777" w:rsidR="00F8671E" w:rsidRDefault="00000000">
      <w:pPr>
        <w:pStyle w:val="Question"/>
      </w:pPr>
      <w:r>
        <w:t>Кои услуги/продукти искате да рекламирате първо?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FA7347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B505A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C9537D6" w14:textId="77777777" w:rsidR="00F8671E" w:rsidRDefault="00F8671E">
      <w:pPr>
        <w:spacing w:after="20"/>
      </w:pPr>
    </w:p>
    <w:p w14:paraId="438BEED3" w14:textId="77777777" w:rsidR="00F8671E" w:rsidRDefault="00000000">
      <w:pPr>
        <w:pStyle w:val="Question"/>
      </w:pPr>
      <w:r>
        <w:t>В кои населени места/райони работите?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C5518D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55E593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7A69AD0" w14:textId="77777777" w:rsidR="00F8671E" w:rsidRDefault="00F8671E">
      <w:pPr>
        <w:spacing w:after="20"/>
      </w:pPr>
    </w:p>
    <w:p w14:paraId="7D8E0C14" w14:textId="77777777" w:rsidR="00F8671E" w:rsidRDefault="00000000">
      <w:pPr>
        <w:pStyle w:val="Question"/>
      </w:pPr>
      <w:r>
        <w:t>Кои търсения според вас използват клиентите?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6B601B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72586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7F6CC050" w14:textId="77777777" w:rsidR="00F8671E" w:rsidRDefault="00F8671E">
      <w:pPr>
        <w:spacing w:after="20"/>
      </w:pPr>
    </w:p>
    <w:p w14:paraId="0A1AC06A" w14:textId="77777777" w:rsidR="00F8671E" w:rsidRDefault="00000000">
      <w:pPr>
        <w:pStyle w:val="Question"/>
      </w:pPr>
      <w:r>
        <w:t>Кои клиенти/търсения НЕ искате?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3DA9A8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54660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467A057" w14:textId="77777777" w:rsidR="00F8671E" w:rsidRDefault="00F8671E">
      <w:pPr>
        <w:spacing w:after="20"/>
      </w:pPr>
    </w:p>
    <w:p w14:paraId="667ED4E9" w14:textId="77777777" w:rsidR="00F8671E" w:rsidRDefault="00000000">
      <w:pPr>
        <w:pStyle w:val="Question"/>
      </w:pPr>
      <w:r>
        <w:t>Имате ли сайт/landing page за рекламата?</w:t>
      </w:r>
    </w:p>
    <w:p w14:paraId="2ABAEE66" w14:textId="77777777" w:rsidR="00F8671E" w:rsidRDefault="00000000">
      <w:pPr>
        <w:spacing w:after="60"/>
        <w:ind w:left="115"/>
      </w:pPr>
      <w:r>
        <w:t>□ Да   □ Не</w:t>
      </w:r>
    </w:p>
    <w:p w14:paraId="60588D47" w14:textId="77777777" w:rsidR="00F8671E" w:rsidRDefault="00000000">
      <w:pPr>
        <w:pStyle w:val="Question"/>
      </w:pPr>
      <w:r>
        <w:t>Имате ли Google Ads акаунт?</w:t>
      </w:r>
    </w:p>
    <w:p w14:paraId="4030CEE9" w14:textId="77777777" w:rsidR="00F8671E" w:rsidRDefault="00000000">
      <w:pPr>
        <w:spacing w:after="60"/>
        <w:ind w:left="115"/>
      </w:pPr>
      <w:r>
        <w:t>□ Да   □ Не   □ Не знам</w:t>
      </w:r>
    </w:p>
    <w:p w14:paraId="2B7E8CA0" w14:textId="77777777" w:rsidR="00F8671E" w:rsidRDefault="00000000">
      <w:pPr>
        <w:pStyle w:val="Question"/>
      </w:pPr>
      <w:r>
        <w:t>Имате ли Analytics / conversion tracking?</w:t>
      </w:r>
    </w:p>
    <w:p w14:paraId="30E590A5" w14:textId="77777777" w:rsidR="00F8671E" w:rsidRDefault="00000000">
      <w:pPr>
        <w:spacing w:after="60"/>
        <w:ind w:left="115"/>
      </w:pPr>
      <w:r>
        <w:t>□ Да   □ Не   □ Не знам</w:t>
      </w:r>
    </w:p>
    <w:p w14:paraId="71EADE75" w14:textId="77777777" w:rsidR="00F8671E" w:rsidRDefault="00000000">
      <w:pPr>
        <w:pStyle w:val="Question"/>
      </w:pPr>
      <w:r>
        <w:t>Какъв е ориентировъчният месечен бюджет?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61CAEB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652A8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45688FFB" w14:textId="77777777" w:rsidR="00F8671E" w:rsidRDefault="00F8671E">
      <w:pPr>
        <w:spacing w:after="20"/>
      </w:pPr>
    </w:p>
    <w:p w14:paraId="57686BD2" w14:textId="77777777" w:rsidR="00F8671E" w:rsidRDefault="00000000">
      <w:pPr>
        <w:pStyle w:val="Question"/>
      </w:pPr>
      <w:r>
        <w:t>Каква е средната стойност на продажба/клиент?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C2A26F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FD36BF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8258296" w14:textId="77777777" w:rsidR="00F8671E" w:rsidRDefault="00F8671E">
      <w:pPr>
        <w:spacing w:after="20"/>
      </w:pPr>
    </w:p>
    <w:p w14:paraId="720F7873" w14:textId="77777777" w:rsidR="00F8671E" w:rsidRDefault="00000000">
      <w:pPr>
        <w:pStyle w:val="Question"/>
      </w:pPr>
      <w:r>
        <w:t>Колко запитвания можете да обслужвате месечно?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23A46B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8CCA50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lastRenderedPageBreak/>
              <w:t xml:space="preserve"> </w:t>
            </w:r>
          </w:p>
        </w:tc>
      </w:tr>
    </w:tbl>
    <w:p w14:paraId="40B6AFCB" w14:textId="77777777" w:rsidR="00F8671E" w:rsidRDefault="00F8671E">
      <w:pPr>
        <w:spacing w:after="20"/>
      </w:pPr>
    </w:p>
    <w:p w14:paraId="3B82E147" w14:textId="77777777" w:rsidR="00F8671E" w:rsidRDefault="00000000">
      <w:pPr>
        <w:pStyle w:val="Question"/>
      </w:pPr>
      <w:r>
        <w:t>Кои са основните ви конкуренти в Google?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74953F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09352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326FE0D" w14:textId="77777777" w:rsidR="00F8671E" w:rsidRDefault="00F8671E">
      <w:pPr>
        <w:spacing w:after="20"/>
      </w:pPr>
    </w:p>
    <w:p w14:paraId="49ED11F6" w14:textId="77777777" w:rsidR="00F8671E" w:rsidRDefault="00000000">
      <w:pPr>
        <w:pStyle w:val="Question"/>
      </w:pPr>
      <w:r>
        <w:t>Има ли часове, в които обажданията трябва да се ограничават?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EE920D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D6F10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709C96CA" w14:textId="77777777" w:rsidR="00F8671E" w:rsidRDefault="00F8671E">
      <w:pPr>
        <w:spacing w:after="20"/>
      </w:pPr>
    </w:p>
    <w:p w14:paraId="4251AB4F" w14:textId="77777777" w:rsidR="00F8671E" w:rsidRDefault="00000000">
      <w:pPr>
        <w:pStyle w:val="Question"/>
      </w:pPr>
      <w:r>
        <w:t>Как ще определим успешна кампания?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F3BB6F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25CD2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0E625BA" w14:textId="77777777" w:rsidR="00F8671E" w:rsidRDefault="00F8671E">
      <w:pPr>
        <w:spacing w:after="20"/>
      </w:pPr>
    </w:p>
    <w:p w14:paraId="184212CF" w14:textId="77777777" w:rsidR="00F8671E" w:rsidRDefault="00000000">
      <w:r>
        <w:br w:type="page"/>
      </w:r>
    </w:p>
    <w:p w14:paraId="39D8588E" w14:textId="77777777" w:rsidR="00F8671E" w:rsidRDefault="00000000">
      <w:pPr>
        <w:pStyle w:val="Heading1"/>
      </w:pPr>
      <w:r>
        <w:lastRenderedPageBreak/>
        <w:t>11. Административна подкрепа / Virtual Assistant</w:t>
      </w:r>
    </w:p>
    <w:p w14:paraId="3BCA1E42" w14:textId="77777777" w:rsidR="00F8671E" w:rsidRDefault="00000000">
      <w:pPr>
        <w:spacing w:after="160"/>
      </w:pPr>
      <w:r>
        <w:rPr>
          <w:i/>
          <w:color w:val="465064"/>
        </w:rPr>
        <w:t>Целта е да разберем какво може да бъде поето от Freeway, какъв е обемът, срокът, достъпите и границите на отговорност.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51AAFAB2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53F7A3E4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5E573A77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536AE2DC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468E06E3" w14:textId="77777777" w:rsidR="00F8671E" w:rsidRDefault="00000000">
            <w:r>
              <w:t xml:space="preserve"> </w:t>
            </w:r>
          </w:p>
        </w:tc>
      </w:tr>
      <w:tr w:rsidR="00F8671E" w14:paraId="4AE43634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27605C67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36C597D0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555DC979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0A0708AB" w14:textId="77777777" w:rsidR="00F8671E" w:rsidRDefault="00000000">
            <w:r>
              <w:t xml:space="preserve"> </w:t>
            </w:r>
          </w:p>
        </w:tc>
      </w:tr>
    </w:tbl>
    <w:p w14:paraId="30003791" w14:textId="77777777" w:rsidR="00F8671E" w:rsidRDefault="00F8671E"/>
    <w:p w14:paraId="136084E1" w14:textId="77777777" w:rsidR="00F8671E" w:rsidRDefault="00000000">
      <w:pPr>
        <w:pStyle w:val="Question"/>
      </w:pPr>
      <w:r>
        <w:t>Кои административни задачи ви отнемат най-много време?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306F30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8D65EF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4CA6AC76" w14:textId="77777777" w:rsidR="00F8671E" w:rsidRDefault="00F8671E">
      <w:pPr>
        <w:spacing w:after="20"/>
      </w:pPr>
    </w:p>
    <w:p w14:paraId="3132FEF0" w14:textId="77777777" w:rsidR="00F8671E" w:rsidRDefault="00000000">
      <w:pPr>
        <w:pStyle w:val="Question"/>
      </w:pPr>
      <w:r>
        <w:t>Кои задачи бихте искали да делегирате веднага?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23A0669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C6B0F63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07149B87" w14:textId="77777777" w:rsidR="00F8671E" w:rsidRDefault="00F8671E">
      <w:pPr>
        <w:spacing w:after="20"/>
      </w:pPr>
    </w:p>
    <w:p w14:paraId="3C9F320F" w14:textId="77777777" w:rsidR="00F8671E" w:rsidRDefault="00000000">
      <w:pPr>
        <w:pStyle w:val="Question"/>
      </w:pPr>
      <w:r>
        <w:t>Кои задачи са ежедневни, седмични и месечни?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9DEDE5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5033C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1603836C" w14:textId="77777777" w:rsidR="00F8671E" w:rsidRDefault="00F8671E">
      <w:pPr>
        <w:spacing w:after="20"/>
      </w:pPr>
    </w:p>
    <w:p w14:paraId="1FD59057" w14:textId="77777777" w:rsidR="00F8671E" w:rsidRDefault="00000000">
      <w:pPr>
        <w:pStyle w:val="Question"/>
      </w:pPr>
      <w:r>
        <w:t>Колко приблизително часа месечно отнемат?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32765C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0F25B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79776963" w14:textId="77777777" w:rsidR="00F8671E" w:rsidRDefault="00F8671E">
      <w:pPr>
        <w:spacing w:after="20"/>
      </w:pPr>
    </w:p>
    <w:p w14:paraId="7512F7B8" w14:textId="77777777" w:rsidR="00F8671E" w:rsidRDefault="00000000">
      <w:pPr>
        <w:pStyle w:val="Question"/>
      </w:pPr>
      <w:r>
        <w:t>Какви типове документи използвате?</w:t>
      </w:r>
    </w:p>
    <w:p w14:paraId="73B63850" w14:textId="77777777" w:rsidR="00F8671E" w:rsidRDefault="00000000">
      <w:pPr>
        <w:spacing w:after="60"/>
        <w:ind w:left="115"/>
      </w:pPr>
      <w:r>
        <w:t>□ Оферти   □ Таблици   □ Каталози   □ Формуляри   □ Презентации   □ Имейли   □ Клиентски досиета   □ Други</w:t>
      </w:r>
    </w:p>
    <w:p w14:paraId="309B599D" w14:textId="77777777" w:rsidR="00F8671E" w:rsidRDefault="00000000">
      <w:pPr>
        <w:pStyle w:val="Question"/>
      </w:pPr>
      <w:r>
        <w:t>Как се съхраняват файловете в момента?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B7090C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C99BF3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86F9B94" w14:textId="77777777" w:rsidR="00F8671E" w:rsidRDefault="00F8671E">
      <w:pPr>
        <w:spacing w:after="20"/>
      </w:pPr>
    </w:p>
    <w:p w14:paraId="7CB062D1" w14:textId="77777777" w:rsidR="00F8671E" w:rsidRDefault="00000000">
      <w:pPr>
        <w:pStyle w:val="Question"/>
      </w:pPr>
      <w:r>
        <w:t>Има ли ясна структура за имена на файлове и папки?</w:t>
      </w:r>
    </w:p>
    <w:p w14:paraId="15CBD4E7" w14:textId="77777777" w:rsidR="00F8671E" w:rsidRDefault="00000000">
      <w:pPr>
        <w:spacing w:after="60"/>
        <w:ind w:left="115"/>
      </w:pPr>
      <w:r>
        <w:t>□ Да   □ Не   □ Частично</w:t>
      </w:r>
    </w:p>
    <w:p w14:paraId="47B367D3" w14:textId="77777777" w:rsidR="00F8671E" w:rsidRDefault="00000000">
      <w:pPr>
        <w:pStyle w:val="Question"/>
      </w:pPr>
      <w:r>
        <w:t>Кои системи използвате?</w:t>
      </w:r>
    </w:p>
    <w:p w14:paraId="48A2F58D" w14:textId="77777777" w:rsidR="00F8671E" w:rsidRDefault="00000000">
      <w:pPr>
        <w:pStyle w:val="Small"/>
      </w:pPr>
      <w:r>
        <w:t>Напр. Excel/Sheets, Word, CRM, имейл, Drive, Dropbox, календар.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0F8E07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B2EB4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6C79DEE" w14:textId="77777777" w:rsidR="00F8671E" w:rsidRDefault="00F8671E">
      <w:pPr>
        <w:spacing w:after="20"/>
      </w:pPr>
    </w:p>
    <w:p w14:paraId="33027A7E" w14:textId="77777777" w:rsidR="00F8671E" w:rsidRDefault="00000000">
      <w:pPr>
        <w:pStyle w:val="Question"/>
      </w:pPr>
      <w:r>
        <w:t>Необходимо ли е Freeway да работи с клиентски лични данни?</w:t>
      </w:r>
    </w:p>
    <w:p w14:paraId="0122151C" w14:textId="77777777" w:rsidR="00F8671E" w:rsidRDefault="00000000">
      <w:pPr>
        <w:spacing w:after="60"/>
        <w:ind w:left="115"/>
      </w:pPr>
      <w:r>
        <w:lastRenderedPageBreak/>
        <w:t>□ Да   □ Не   □ Не знам</w:t>
      </w:r>
    </w:p>
    <w:p w14:paraId="139084C7" w14:textId="77777777" w:rsidR="00F8671E" w:rsidRDefault="00000000">
      <w:pPr>
        <w:pStyle w:val="Question"/>
      </w:pPr>
      <w:r>
        <w:t>Има ли чувствителна/поверителна информация?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4B0877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42833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348F3ED" w14:textId="77777777" w:rsidR="00F8671E" w:rsidRDefault="00F8671E">
      <w:pPr>
        <w:spacing w:after="20"/>
      </w:pPr>
    </w:p>
    <w:p w14:paraId="70C27C3F" w14:textId="77777777" w:rsidR="00F8671E" w:rsidRDefault="00000000">
      <w:pPr>
        <w:pStyle w:val="Question"/>
      </w:pPr>
      <w:r>
        <w:t>Какви достъпи биха били необходими?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A22A2C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025831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DCAB621" w14:textId="77777777" w:rsidR="00F8671E" w:rsidRDefault="00F8671E">
      <w:pPr>
        <w:spacing w:after="20"/>
      </w:pPr>
    </w:p>
    <w:p w14:paraId="74B9FF07" w14:textId="77777777" w:rsidR="00F8671E" w:rsidRDefault="00000000">
      <w:pPr>
        <w:pStyle w:val="Question"/>
      </w:pPr>
      <w:r>
        <w:t>Кои действия винаги изискват предварително одобрение?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E71B77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79B71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2B97F5FF" w14:textId="77777777" w:rsidR="00F8671E" w:rsidRDefault="00F8671E">
      <w:pPr>
        <w:spacing w:after="20"/>
      </w:pPr>
    </w:p>
    <w:p w14:paraId="7FC50017" w14:textId="77777777" w:rsidR="00F8671E" w:rsidRDefault="00000000">
      <w:pPr>
        <w:pStyle w:val="Question"/>
      </w:pPr>
      <w:r>
        <w:t>Какъв срок за изпълнение очаквате при стандартна задача?</w:t>
      </w:r>
    </w:p>
    <w:p w14:paraId="43A164FF" w14:textId="77777777" w:rsidR="00F8671E" w:rsidRDefault="00000000">
      <w:pPr>
        <w:spacing w:after="60"/>
        <w:ind w:left="115"/>
      </w:pPr>
      <w:r>
        <w:t>□ Същия ден   □ 1 работен ден   □ 2–3 дни   □ По график</w:t>
      </w:r>
    </w:p>
    <w:p w14:paraId="21AC612E" w14:textId="77777777" w:rsidR="00F8671E" w:rsidRDefault="00000000">
      <w:pPr>
        <w:pStyle w:val="Question"/>
      </w:pPr>
      <w:r>
        <w:t>Как искате да изпращате задачи?</w:t>
      </w:r>
    </w:p>
    <w:p w14:paraId="6D18F3AE" w14:textId="77777777" w:rsidR="00F8671E" w:rsidRDefault="00000000">
      <w:pPr>
        <w:spacing w:after="60"/>
        <w:ind w:left="115"/>
      </w:pPr>
      <w:r>
        <w:t>□ Имейл   □ Messenger   □ WhatsApp/Viber   □ Споделен списък   □ Друго</w:t>
      </w:r>
    </w:p>
    <w:p w14:paraId="71494F79" w14:textId="77777777" w:rsidR="00F8671E" w:rsidRDefault="00000000">
      <w:pPr>
        <w:pStyle w:val="Question"/>
      </w:pPr>
      <w:r>
        <w:t>Как искате да получавате готовите материали?</w:t>
      </w:r>
    </w:p>
    <w:p w14:paraId="247AB923" w14:textId="77777777" w:rsidR="00F8671E" w:rsidRDefault="00000000">
      <w:pPr>
        <w:spacing w:after="60"/>
        <w:ind w:left="115"/>
      </w:pPr>
      <w:r>
        <w:t>□ Имейл   □ Споделена папка   □ Друг</w:t>
      </w:r>
    </w:p>
    <w:p w14:paraId="131D4803" w14:textId="77777777" w:rsidR="00F8671E" w:rsidRDefault="00000000">
      <w:pPr>
        <w:pStyle w:val="Question"/>
      </w:pPr>
      <w:r>
        <w:t>Има ли процеси, които искате първо да подредим, преди да ги поемем?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CAFAB7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605BD3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A51805F" w14:textId="77777777" w:rsidR="00F8671E" w:rsidRDefault="00F8671E">
      <w:pPr>
        <w:spacing w:after="20"/>
      </w:pPr>
    </w:p>
    <w:p w14:paraId="63B68052" w14:textId="77777777" w:rsidR="00F8671E" w:rsidRDefault="00000000">
      <w:pPr>
        <w:pStyle w:val="Question"/>
      </w:pPr>
      <w:r>
        <w:t>Кои задачи НЕ трябва да бъдат извършвани от Freeway?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7796FA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65B263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48BE5FD2" w14:textId="77777777" w:rsidR="00F8671E" w:rsidRDefault="00F8671E">
      <w:pPr>
        <w:spacing w:after="20"/>
      </w:pPr>
    </w:p>
    <w:p w14:paraId="4A6ECD8F" w14:textId="77777777" w:rsidR="00F8671E" w:rsidRDefault="00000000">
      <w:pPr>
        <w:pStyle w:val="Question"/>
      </w:pPr>
      <w:r>
        <w:t>Какво означава за вас „добре свършена административна работа“?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10A79D4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D0D1B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49F088C4" w14:textId="77777777" w:rsidR="00F8671E" w:rsidRDefault="00F8671E">
      <w:pPr>
        <w:spacing w:after="20"/>
      </w:pPr>
    </w:p>
    <w:p w14:paraId="2BBB9D5F" w14:textId="77777777" w:rsidR="00F8671E" w:rsidRDefault="00000000">
      <w:r>
        <w:br w:type="page"/>
      </w:r>
    </w:p>
    <w:p w14:paraId="57911B01" w14:textId="77777777" w:rsidR="00F8671E" w:rsidRDefault="00000000">
      <w:pPr>
        <w:pStyle w:val="Heading1"/>
      </w:pPr>
      <w:r>
        <w:lastRenderedPageBreak/>
        <w:t>12. Sales Support</w:t>
      </w:r>
    </w:p>
    <w:p w14:paraId="74C5D8DD" w14:textId="77777777" w:rsidR="00F8671E" w:rsidRDefault="00000000">
      <w:pPr>
        <w:spacing w:after="160"/>
      </w:pPr>
      <w:r>
        <w:rPr>
          <w:i/>
          <w:color w:val="465064"/>
        </w:rPr>
        <w:t>Freeway подпомага оферти, материали, процеси и последваща комуникация; не извършва активно телефонно продаване от името на клиента.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44D2FF47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651D9EE1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3C64FCAC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093E31A6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320354A5" w14:textId="77777777" w:rsidR="00F8671E" w:rsidRDefault="00000000">
            <w:r>
              <w:t xml:space="preserve"> </w:t>
            </w:r>
          </w:p>
        </w:tc>
      </w:tr>
      <w:tr w:rsidR="00F8671E" w14:paraId="6E1D4D89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6D982F9D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02679EAA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5C3E805A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64CED70F" w14:textId="77777777" w:rsidR="00F8671E" w:rsidRDefault="00000000">
            <w:r>
              <w:t xml:space="preserve"> </w:t>
            </w:r>
          </w:p>
        </w:tc>
      </w:tr>
    </w:tbl>
    <w:p w14:paraId="753480F8" w14:textId="77777777" w:rsidR="00F8671E" w:rsidRDefault="00F8671E"/>
    <w:p w14:paraId="7A44A233" w14:textId="77777777" w:rsidR="00F8671E" w:rsidRDefault="00000000">
      <w:pPr>
        <w:pStyle w:val="Question"/>
      </w:pPr>
      <w:r>
        <w:t>Как в момента идват новите запитвания?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C7A924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60F8553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54B62F2" w14:textId="77777777" w:rsidR="00F8671E" w:rsidRDefault="00F8671E">
      <w:pPr>
        <w:spacing w:after="20"/>
      </w:pPr>
    </w:p>
    <w:p w14:paraId="481FC8FD" w14:textId="77777777" w:rsidR="00F8671E" w:rsidRDefault="00000000">
      <w:pPr>
        <w:pStyle w:val="Question"/>
      </w:pPr>
      <w:r>
        <w:t>Какво се случва от първото запитване до продажбата?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2A7734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6E5B0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7CFDA901" w14:textId="77777777" w:rsidR="00F8671E" w:rsidRDefault="00F8671E">
      <w:pPr>
        <w:spacing w:after="20"/>
      </w:pPr>
    </w:p>
    <w:p w14:paraId="2A497923" w14:textId="77777777" w:rsidR="00F8671E" w:rsidRDefault="00000000">
      <w:pPr>
        <w:pStyle w:val="Question"/>
      </w:pPr>
      <w:r>
        <w:t>Къде най-често губите потенциален клиент?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4254D7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B8EB3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61A9571" w14:textId="77777777" w:rsidR="00F8671E" w:rsidRDefault="00F8671E">
      <w:pPr>
        <w:spacing w:after="20"/>
      </w:pPr>
    </w:p>
    <w:p w14:paraId="34E3F282" w14:textId="77777777" w:rsidR="00F8671E" w:rsidRDefault="00000000">
      <w:pPr>
        <w:pStyle w:val="Question"/>
      </w:pPr>
      <w:r>
        <w:t>Какви са най-честите възражения?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F32165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DB32A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5F8EF45F" w14:textId="77777777" w:rsidR="00F8671E" w:rsidRDefault="00F8671E">
      <w:pPr>
        <w:spacing w:after="20"/>
      </w:pPr>
    </w:p>
    <w:p w14:paraId="0A41BD47" w14:textId="77777777" w:rsidR="00F8671E" w:rsidRDefault="00000000">
      <w:pPr>
        <w:pStyle w:val="Question"/>
      </w:pPr>
      <w:r>
        <w:t>Какви въпроси задават клиентите преди решение?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1E4714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06FB5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3DA6744" w14:textId="77777777" w:rsidR="00F8671E" w:rsidRDefault="00F8671E">
      <w:pPr>
        <w:spacing w:after="20"/>
      </w:pPr>
    </w:p>
    <w:p w14:paraId="5CB87791" w14:textId="77777777" w:rsidR="00F8671E" w:rsidRDefault="00000000">
      <w:pPr>
        <w:pStyle w:val="Question"/>
      </w:pPr>
      <w:r>
        <w:t>Имате ли готова оферта/презентация?</w:t>
      </w:r>
    </w:p>
    <w:p w14:paraId="2BCFDAAE" w14:textId="77777777" w:rsidR="00F8671E" w:rsidRDefault="00000000">
      <w:pPr>
        <w:spacing w:after="60"/>
        <w:ind w:left="115"/>
      </w:pPr>
      <w:r>
        <w:t>□ Да   □ Не   □ Има, но трябва обновяване</w:t>
      </w:r>
    </w:p>
    <w:p w14:paraId="6005195B" w14:textId="77777777" w:rsidR="00F8671E" w:rsidRDefault="00000000">
      <w:pPr>
        <w:pStyle w:val="Question"/>
      </w:pPr>
      <w:r>
        <w:t>Имате ли ясни пакети и цени?</w:t>
      </w:r>
    </w:p>
    <w:p w14:paraId="3EAA9139" w14:textId="77777777" w:rsidR="00F8671E" w:rsidRDefault="00000000">
      <w:pPr>
        <w:spacing w:after="60"/>
        <w:ind w:left="115"/>
      </w:pPr>
      <w:r>
        <w:t>□ Да   □ Не   □ Частично</w:t>
      </w:r>
    </w:p>
    <w:p w14:paraId="30921764" w14:textId="77777777" w:rsidR="00F8671E" w:rsidRDefault="00000000">
      <w:pPr>
        <w:pStyle w:val="Question"/>
      </w:pPr>
      <w:r>
        <w:t>Кои услуги искате да продавате повече?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C60F34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982F7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E616339" w14:textId="77777777" w:rsidR="00F8671E" w:rsidRDefault="00F8671E">
      <w:pPr>
        <w:spacing w:after="20"/>
      </w:pPr>
    </w:p>
    <w:p w14:paraId="292874A6" w14:textId="77777777" w:rsidR="00F8671E" w:rsidRDefault="00000000">
      <w:pPr>
        <w:pStyle w:val="Question"/>
      </w:pPr>
      <w:r>
        <w:t>Каква е средната стойност на една продажба?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9B91AE9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0FD05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lastRenderedPageBreak/>
              <w:t xml:space="preserve"> </w:t>
            </w:r>
          </w:p>
        </w:tc>
      </w:tr>
    </w:tbl>
    <w:p w14:paraId="5D4A2D0B" w14:textId="77777777" w:rsidR="00F8671E" w:rsidRDefault="00F8671E">
      <w:pPr>
        <w:spacing w:after="20"/>
      </w:pPr>
    </w:p>
    <w:p w14:paraId="01AED505" w14:textId="77777777" w:rsidR="00F8671E" w:rsidRDefault="00000000">
      <w:pPr>
        <w:pStyle w:val="Question"/>
      </w:pPr>
      <w:r>
        <w:t>Има ли follow-up след изпратена оферта?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BD5B27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2EC203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02CC472" w14:textId="77777777" w:rsidR="00F8671E" w:rsidRDefault="00F8671E">
      <w:pPr>
        <w:spacing w:after="20"/>
      </w:pPr>
    </w:p>
    <w:p w14:paraId="2078FFE4" w14:textId="77777777" w:rsidR="00F8671E" w:rsidRDefault="00000000">
      <w:pPr>
        <w:pStyle w:val="Question"/>
      </w:pPr>
      <w:r>
        <w:t>Искате ли Freeway да създаде шаблони за отговори и follow-up?</w:t>
      </w:r>
    </w:p>
    <w:p w14:paraId="5CFD8353" w14:textId="77777777" w:rsidR="00F8671E" w:rsidRDefault="00000000">
      <w:pPr>
        <w:spacing w:after="60"/>
        <w:ind w:left="115"/>
      </w:pPr>
      <w:r>
        <w:t>□ Да   □ Не</w:t>
      </w:r>
    </w:p>
    <w:p w14:paraId="04A3FB85" w14:textId="77777777" w:rsidR="00F8671E" w:rsidRDefault="00000000">
      <w:pPr>
        <w:pStyle w:val="Question"/>
      </w:pPr>
      <w:r>
        <w:t>Искате ли система/таблица за проследяване на leads?</w:t>
      </w:r>
    </w:p>
    <w:p w14:paraId="21F4D42B" w14:textId="77777777" w:rsidR="00F8671E" w:rsidRDefault="00000000">
      <w:pPr>
        <w:spacing w:after="60"/>
        <w:ind w:left="115"/>
      </w:pPr>
      <w:r>
        <w:t>□ Да   □ Не</w:t>
      </w:r>
    </w:p>
    <w:p w14:paraId="487C2799" w14:textId="77777777" w:rsidR="00F8671E" w:rsidRDefault="00000000">
      <w:pPr>
        <w:pStyle w:val="Question"/>
      </w:pPr>
      <w:r>
        <w:t>Какъв тон трябва да има търговската комуникация?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2CF00B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07F85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A5A4D09" w14:textId="77777777" w:rsidR="00F8671E" w:rsidRDefault="00F8671E">
      <w:pPr>
        <w:spacing w:after="20"/>
      </w:pPr>
    </w:p>
    <w:p w14:paraId="454A17BA" w14:textId="77777777" w:rsidR="00F8671E" w:rsidRDefault="00000000">
      <w:pPr>
        <w:pStyle w:val="Question"/>
      </w:pPr>
      <w:r>
        <w:t>Какво никога не трябва да обещаваме/казваме на клиент?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9B55899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D230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D14C0FE" w14:textId="77777777" w:rsidR="00F8671E" w:rsidRDefault="00F8671E">
      <w:pPr>
        <w:spacing w:after="20"/>
      </w:pPr>
    </w:p>
    <w:p w14:paraId="303CC131" w14:textId="77777777" w:rsidR="00F8671E" w:rsidRDefault="00000000">
      <w:r>
        <w:br w:type="page"/>
      </w:r>
    </w:p>
    <w:p w14:paraId="25CC4460" w14:textId="77777777" w:rsidR="00F8671E" w:rsidRDefault="00000000">
      <w:pPr>
        <w:pStyle w:val="Heading1"/>
      </w:pPr>
      <w:r>
        <w:lastRenderedPageBreak/>
        <w:t>13. Freeway Business Start</w:t>
      </w:r>
    </w:p>
    <w:p w14:paraId="2867ECF8" w14:textId="77777777" w:rsidR="00F8671E" w:rsidRDefault="00000000">
      <w:pPr>
        <w:spacing w:after="160"/>
      </w:pPr>
      <w:r>
        <w:rPr>
          <w:i/>
          <w:color w:val="465064"/>
        </w:rPr>
        <w:t>За нов бизнес: позициониране, визуална идентичност, онлайн присъствие, клиентски материали и базова бизнес организация.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09CAE0D8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35FAB49F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6DEFF906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2A313D0A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3DFF64CD" w14:textId="77777777" w:rsidR="00F8671E" w:rsidRDefault="00000000">
            <w:r>
              <w:t xml:space="preserve"> </w:t>
            </w:r>
          </w:p>
        </w:tc>
      </w:tr>
      <w:tr w:rsidR="00F8671E" w14:paraId="248CD8E6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4720862D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45C83FAB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2E3F5C5D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4FC71C13" w14:textId="77777777" w:rsidR="00F8671E" w:rsidRDefault="00000000">
            <w:r>
              <w:t xml:space="preserve"> </w:t>
            </w:r>
          </w:p>
        </w:tc>
      </w:tr>
    </w:tbl>
    <w:p w14:paraId="4A69BAC8" w14:textId="77777777" w:rsidR="00F8671E" w:rsidRDefault="00F8671E"/>
    <w:p w14:paraId="552F7295" w14:textId="77777777" w:rsidR="00F8671E" w:rsidRDefault="00000000">
      <w:pPr>
        <w:pStyle w:val="Question"/>
      </w:pPr>
      <w:r>
        <w:t>На какъв етап е бизнесът?</w:t>
      </w:r>
    </w:p>
    <w:p w14:paraId="184B957F" w14:textId="77777777" w:rsidR="00F8671E" w:rsidRDefault="00000000">
      <w:pPr>
        <w:spacing w:after="60"/>
        <w:ind w:left="115"/>
      </w:pPr>
      <w:r>
        <w:t>□ Само идея   □ Регистрация   □ Подготовка   □ Вече работи отскоро</w:t>
      </w:r>
    </w:p>
    <w:p w14:paraId="26B2FB09" w14:textId="77777777" w:rsidR="00F8671E" w:rsidRDefault="00000000">
      <w:pPr>
        <w:pStyle w:val="Question"/>
      </w:pPr>
      <w:r>
        <w:t>Какъв проблем ще решава бизнесът?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2F29CC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55503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407464FD" w14:textId="77777777" w:rsidR="00F8671E" w:rsidRDefault="00F8671E">
      <w:pPr>
        <w:spacing w:after="20"/>
      </w:pPr>
    </w:p>
    <w:p w14:paraId="4C5325AF" w14:textId="77777777" w:rsidR="00F8671E" w:rsidRDefault="00000000">
      <w:pPr>
        <w:pStyle w:val="Question"/>
      </w:pPr>
      <w:r>
        <w:t>Кой е идеалният клиент?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303E24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D99A5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70CF811" w14:textId="77777777" w:rsidR="00F8671E" w:rsidRDefault="00F8671E">
      <w:pPr>
        <w:spacing w:after="20"/>
      </w:pPr>
    </w:p>
    <w:p w14:paraId="07956D16" w14:textId="77777777" w:rsidR="00F8671E" w:rsidRDefault="00000000">
      <w:pPr>
        <w:pStyle w:val="Question"/>
      </w:pPr>
      <w:r>
        <w:t>Какви ще са основните услуги/продукти?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70FF6B9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868E5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6A7903DA" w14:textId="77777777" w:rsidR="00F8671E" w:rsidRDefault="00F8671E">
      <w:pPr>
        <w:spacing w:after="20"/>
      </w:pPr>
    </w:p>
    <w:p w14:paraId="3F95AA92" w14:textId="77777777" w:rsidR="00F8671E" w:rsidRDefault="00000000">
      <w:pPr>
        <w:pStyle w:val="Question"/>
      </w:pPr>
      <w:r>
        <w:t>Има ли вече име? Как е избрано?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F91F3B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BD7DD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7D40172F" w14:textId="77777777" w:rsidR="00F8671E" w:rsidRDefault="00F8671E">
      <w:pPr>
        <w:spacing w:after="20"/>
      </w:pPr>
    </w:p>
    <w:p w14:paraId="1EC66681" w14:textId="77777777" w:rsidR="00F8671E" w:rsidRDefault="00000000">
      <w:pPr>
        <w:pStyle w:val="Question"/>
      </w:pPr>
      <w:r>
        <w:t>Има ли регистриран домейн / социални имена?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5EF430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57233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76EB7760" w14:textId="77777777" w:rsidR="00F8671E" w:rsidRDefault="00F8671E">
      <w:pPr>
        <w:spacing w:after="20"/>
      </w:pPr>
    </w:p>
    <w:p w14:paraId="424F8640" w14:textId="77777777" w:rsidR="00F8671E" w:rsidRDefault="00000000">
      <w:pPr>
        <w:pStyle w:val="Question"/>
      </w:pPr>
      <w:r>
        <w:t>Как искате да се позиционирате спрямо конкуренцията?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783C53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DE202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6531BB66" w14:textId="77777777" w:rsidR="00F8671E" w:rsidRDefault="00F8671E">
      <w:pPr>
        <w:spacing w:after="20"/>
      </w:pPr>
    </w:p>
    <w:p w14:paraId="3FEF31E3" w14:textId="77777777" w:rsidR="00F8671E" w:rsidRDefault="00000000">
      <w:pPr>
        <w:pStyle w:val="Question"/>
      </w:pPr>
      <w:r>
        <w:t>Какъв ценови сегмент целите?</w:t>
      </w:r>
    </w:p>
    <w:p w14:paraId="5659B8A4" w14:textId="77777777" w:rsidR="00F8671E" w:rsidRDefault="00000000">
      <w:pPr>
        <w:spacing w:after="60"/>
        <w:ind w:left="115"/>
      </w:pPr>
      <w:r>
        <w:t>□ Бюджетен   □ Среден   □ Премиум   □ Смесен</w:t>
      </w:r>
    </w:p>
    <w:p w14:paraId="4B0D49FD" w14:textId="77777777" w:rsidR="00F8671E" w:rsidRDefault="00000000">
      <w:pPr>
        <w:pStyle w:val="Question"/>
      </w:pPr>
      <w:r>
        <w:t>Как искате бизнесът да изглежда и да се усеща?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81C483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DC43A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lastRenderedPageBreak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00B4B0F" w14:textId="77777777" w:rsidR="00F8671E" w:rsidRDefault="00F8671E">
      <w:pPr>
        <w:spacing w:after="20"/>
      </w:pPr>
    </w:p>
    <w:p w14:paraId="3C4B5990" w14:textId="77777777" w:rsidR="00F8671E" w:rsidRDefault="00000000">
      <w:pPr>
        <w:pStyle w:val="Question"/>
      </w:pPr>
      <w:r>
        <w:t>Как клиентът ще се свързва/купува/резервира?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10E891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B7BE5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55AF187E" w14:textId="77777777" w:rsidR="00F8671E" w:rsidRDefault="00F8671E">
      <w:pPr>
        <w:spacing w:after="20"/>
      </w:pPr>
    </w:p>
    <w:p w14:paraId="394B7676" w14:textId="77777777" w:rsidR="00F8671E" w:rsidRDefault="00000000">
      <w:pPr>
        <w:pStyle w:val="Question"/>
      </w:pPr>
      <w:r>
        <w:t>Какви материали са нужни за първия ден?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803F3F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0C5AC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0AB40D60" w14:textId="77777777" w:rsidR="00F8671E" w:rsidRDefault="00F8671E">
      <w:pPr>
        <w:spacing w:after="20"/>
      </w:pPr>
    </w:p>
    <w:p w14:paraId="3871D4E5" w14:textId="77777777" w:rsidR="00F8671E" w:rsidRDefault="00000000">
      <w:pPr>
        <w:pStyle w:val="Question"/>
      </w:pPr>
      <w:r>
        <w:t>Какво трябва да е готово за първите 30 дни?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3C6687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0137C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6DA1C75D" w14:textId="77777777" w:rsidR="00F8671E" w:rsidRDefault="00F8671E">
      <w:pPr>
        <w:spacing w:after="20"/>
      </w:pPr>
    </w:p>
    <w:p w14:paraId="726A2579" w14:textId="77777777" w:rsidR="00F8671E" w:rsidRDefault="00000000">
      <w:pPr>
        <w:pStyle w:val="Question"/>
      </w:pPr>
      <w:r>
        <w:t>Какви административни документи/шаблони ще използвате?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DD7CE8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2C76D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3B1AE257" w14:textId="77777777" w:rsidR="00F8671E" w:rsidRDefault="00F8671E">
      <w:pPr>
        <w:spacing w:after="20"/>
      </w:pPr>
    </w:p>
    <w:p w14:paraId="116A0085" w14:textId="77777777" w:rsidR="00F8671E" w:rsidRDefault="00000000">
      <w:pPr>
        <w:pStyle w:val="Question"/>
      </w:pPr>
      <w:r>
        <w:t>Как ще следите клиенти, запитвания и задачи?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D7EAAE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A2AAC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F6F1724" w14:textId="77777777" w:rsidR="00F8671E" w:rsidRDefault="00F8671E">
      <w:pPr>
        <w:spacing w:after="20"/>
      </w:pPr>
    </w:p>
    <w:p w14:paraId="23D794E6" w14:textId="77777777" w:rsidR="00F8671E" w:rsidRDefault="00000000">
      <w:pPr>
        <w:pStyle w:val="Question"/>
      </w:pPr>
      <w:r>
        <w:t>Как ще привличате първите клиенти?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7A62EB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7806B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7D5AD79A" w14:textId="77777777" w:rsidR="00F8671E" w:rsidRDefault="00F8671E">
      <w:pPr>
        <w:spacing w:after="20"/>
      </w:pPr>
    </w:p>
    <w:p w14:paraId="210E26D5" w14:textId="77777777" w:rsidR="00F8671E" w:rsidRDefault="00000000">
      <w:pPr>
        <w:pStyle w:val="Question"/>
      </w:pPr>
      <w:r>
        <w:t>Кои канали са приоритет?</w:t>
      </w:r>
    </w:p>
    <w:p w14:paraId="36F484D5" w14:textId="77777777" w:rsidR="00F8671E" w:rsidRDefault="00000000">
      <w:pPr>
        <w:spacing w:after="60"/>
        <w:ind w:left="115"/>
      </w:pPr>
      <w:r>
        <w:t>□ Google   □ Facebook   □ Instagram   □ Офлайн   □ Партньори   □ Реклама   □ Препоръки</w:t>
      </w:r>
    </w:p>
    <w:p w14:paraId="5D98B5D8" w14:textId="77777777" w:rsidR="00F8671E" w:rsidRDefault="00000000">
      <w:pPr>
        <w:pStyle w:val="Question"/>
      </w:pPr>
      <w:r>
        <w:t>Какъв е бюджетът за стартовия пакет?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9E3B4C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8510D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2F9A8092" w14:textId="77777777" w:rsidR="00F8671E" w:rsidRDefault="00F8671E">
      <w:pPr>
        <w:spacing w:after="20"/>
      </w:pPr>
    </w:p>
    <w:p w14:paraId="554331E3" w14:textId="77777777" w:rsidR="00F8671E" w:rsidRDefault="00000000">
      <w:pPr>
        <w:pStyle w:val="Question"/>
      </w:pPr>
      <w:r>
        <w:t>Коя е желаната дата за старт?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BF341A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DDAAEF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0E2A91AB" w14:textId="77777777" w:rsidR="00F8671E" w:rsidRDefault="00F8671E">
      <w:pPr>
        <w:spacing w:after="20"/>
      </w:pPr>
    </w:p>
    <w:p w14:paraId="1222F31D" w14:textId="77777777" w:rsidR="00F8671E" w:rsidRDefault="00000000">
      <w:r>
        <w:br w:type="page"/>
      </w:r>
    </w:p>
    <w:p w14:paraId="61D55688" w14:textId="77777777" w:rsidR="00F8671E" w:rsidRDefault="00000000">
      <w:pPr>
        <w:pStyle w:val="Heading1"/>
      </w:pPr>
      <w:r>
        <w:lastRenderedPageBreak/>
        <w:t>14. Freeway Business Upgrade</w:t>
      </w:r>
    </w:p>
    <w:p w14:paraId="506585AF" w14:textId="77777777" w:rsidR="00F8671E" w:rsidRDefault="00000000">
      <w:pPr>
        <w:spacing w:after="160"/>
      </w:pPr>
      <w:r>
        <w:rPr>
          <w:i/>
          <w:color w:val="465064"/>
        </w:rPr>
        <w:t>За работещ бизнес, който има нужда от по-професионално представяне, по-добра система и по-ясна комуникация.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2A78DACD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61C66217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12ADEC31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354AD37E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12A04B63" w14:textId="77777777" w:rsidR="00F8671E" w:rsidRDefault="00000000">
            <w:r>
              <w:t xml:space="preserve"> </w:t>
            </w:r>
          </w:p>
        </w:tc>
      </w:tr>
      <w:tr w:rsidR="00F8671E" w14:paraId="76995D79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796EA909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2557B1D0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304D2FA3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1C294719" w14:textId="77777777" w:rsidR="00F8671E" w:rsidRDefault="00000000">
            <w:r>
              <w:t xml:space="preserve"> </w:t>
            </w:r>
          </w:p>
        </w:tc>
      </w:tr>
    </w:tbl>
    <w:p w14:paraId="74A3F186" w14:textId="77777777" w:rsidR="00F8671E" w:rsidRDefault="00F8671E"/>
    <w:p w14:paraId="5075AA93" w14:textId="77777777" w:rsidR="00F8671E" w:rsidRDefault="00000000">
      <w:pPr>
        <w:pStyle w:val="Question"/>
      </w:pPr>
      <w:r>
        <w:t>Какво в бизнеса работи добре и не трябва да променяме?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43D5C8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D1D9DD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4112B66D" w14:textId="77777777" w:rsidR="00F8671E" w:rsidRDefault="00F8671E">
      <w:pPr>
        <w:spacing w:after="20"/>
      </w:pPr>
    </w:p>
    <w:p w14:paraId="05ED4D37" w14:textId="77777777" w:rsidR="00F8671E" w:rsidRDefault="00000000">
      <w:pPr>
        <w:pStyle w:val="Question"/>
      </w:pPr>
      <w:r>
        <w:t>Какво изглежда остаряло или непрофесионално?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B0ECC2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B7F3B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61BA4E54" w14:textId="77777777" w:rsidR="00F8671E" w:rsidRDefault="00F8671E">
      <w:pPr>
        <w:spacing w:after="20"/>
      </w:pPr>
    </w:p>
    <w:p w14:paraId="435BD0C5" w14:textId="77777777" w:rsidR="00F8671E" w:rsidRDefault="00000000">
      <w:pPr>
        <w:pStyle w:val="Question"/>
      </w:pPr>
      <w:r>
        <w:t>Къде най-често срещате затруднения с клиенти?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F74F82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64F0C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655FBF8F" w14:textId="77777777" w:rsidR="00F8671E" w:rsidRDefault="00F8671E">
      <w:pPr>
        <w:spacing w:after="20"/>
      </w:pPr>
    </w:p>
    <w:p w14:paraId="2544CC48" w14:textId="77777777" w:rsidR="00F8671E" w:rsidRDefault="00000000">
      <w:pPr>
        <w:pStyle w:val="Question"/>
      </w:pPr>
      <w:r>
        <w:t>Кои материали използвате ежедневно?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67EAC9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5DBF3F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4B06C2F" w14:textId="77777777" w:rsidR="00F8671E" w:rsidRDefault="00F8671E">
      <w:pPr>
        <w:spacing w:after="20"/>
      </w:pPr>
    </w:p>
    <w:p w14:paraId="6F33118D" w14:textId="77777777" w:rsidR="00F8671E" w:rsidRDefault="00000000">
      <w:pPr>
        <w:pStyle w:val="Question"/>
      </w:pPr>
      <w:r>
        <w:t>Кои от тях имат нужда от обновяване?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6795B1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353D3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8A85679" w14:textId="77777777" w:rsidR="00F8671E" w:rsidRDefault="00F8671E">
      <w:pPr>
        <w:spacing w:after="20"/>
      </w:pPr>
    </w:p>
    <w:p w14:paraId="1D0A46FC" w14:textId="77777777" w:rsidR="00F8671E" w:rsidRDefault="00000000">
      <w:pPr>
        <w:pStyle w:val="Question"/>
      </w:pPr>
      <w:r>
        <w:t>Как изглежда текущото онлайн присъствие?</w:t>
      </w:r>
    </w:p>
    <w:p w14:paraId="2E520205" w14:textId="77777777" w:rsidR="00F8671E" w:rsidRDefault="00000000">
      <w:pPr>
        <w:spacing w:after="60"/>
        <w:ind w:left="115"/>
      </w:pPr>
      <w:r>
        <w:t>□ Добро   □ Средно   □ Слабо   □ Не знам</w:t>
      </w:r>
    </w:p>
    <w:p w14:paraId="1B2456CE" w14:textId="77777777" w:rsidR="00F8671E" w:rsidRDefault="00000000">
      <w:pPr>
        <w:pStyle w:val="Question"/>
      </w:pPr>
      <w:r>
        <w:t>Кои канали реално носят клиенти?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102A33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C22E04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D3B4666" w14:textId="77777777" w:rsidR="00F8671E" w:rsidRDefault="00F8671E">
      <w:pPr>
        <w:spacing w:after="20"/>
      </w:pPr>
    </w:p>
    <w:p w14:paraId="0608885B" w14:textId="77777777" w:rsidR="00F8671E" w:rsidRDefault="00000000">
      <w:pPr>
        <w:pStyle w:val="Question"/>
      </w:pPr>
      <w:r>
        <w:t>Има ли сайт и изпълнява ли целта си?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E073A2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63C19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64E40F5" w14:textId="77777777" w:rsidR="00F8671E" w:rsidRDefault="00F8671E">
      <w:pPr>
        <w:spacing w:after="20"/>
      </w:pPr>
    </w:p>
    <w:p w14:paraId="131ED498" w14:textId="77777777" w:rsidR="00F8671E" w:rsidRDefault="00000000">
      <w:pPr>
        <w:pStyle w:val="Question"/>
      </w:pPr>
      <w:r>
        <w:t>Има ли единна визуална идентичност?</w:t>
      </w:r>
    </w:p>
    <w:p w14:paraId="20CE79AD" w14:textId="77777777" w:rsidR="00F8671E" w:rsidRDefault="00000000">
      <w:pPr>
        <w:spacing w:after="60"/>
        <w:ind w:left="115"/>
      </w:pPr>
      <w:r>
        <w:lastRenderedPageBreak/>
        <w:t>□ Да   □ Не   □ Частично</w:t>
      </w:r>
    </w:p>
    <w:p w14:paraId="2C1EAD01" w14:textId="77777777" w:rsidR="00F8671E" w:rsidRDefault="00000000">
      <w:pPr>
        <w:pStyle w:val="Question"/>
      </w:pPr>
      <w:r>
        <w:t>Има ли система за запитвания и follow-up?</w:t>
      </w:r>
    </w:p>
    <w:p w14:paraId="2FDFB9F5" w14:textId="77777777" w:rsidR="00F8671E" w:rsidRDefault="00000000">
      <w:pPr>
        <w:spacing w:after="60"/>
        <w:ind w:left="115"/>
      </w:pPr>
      <w:r>
        <w:t>□ Да   □ Не   □ Частично</w:t>
      </w:r>
    </w:p>
    <w:p w14:paraId="34EDC77E" w14:textId="77777777" w:rsidR="00F8671E" w:rsidRDefault="00000000">
      <w:pPr>
        <w:pStyle w:val="Question"/>
      </w:pPr>
      <w:r>
        <w:t>Има ли административни процеси, които са хаотични?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DCA751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0AFE4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1AF9BD48" w14:textId="77777777" w:rsidR="00F8671E" w:rsidRDefault="00F8671E">
      <w:pPr>
        <w:spacing w:after="20"/>
      </w:pPr>
    </w:p>
    <w:p w14:paraId="79DF3E28" w14:textId="77777777" w:rsidR="00F8671E" w:rsidRDefault="00000000">
      <w:pPr>
        <w:pStyle w:val="Question"/>
      </w:pPr>
      <w:r>
        <w:t>Кои 3 подобрения биха дали най-голям ефект според вас?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4CB5DB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4607DE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08D7EC70" w14:textId="77777777" w:rsidR="00F8671E" w:rsidRDefault="00F8671E">
      <w:pPr>
        <w:spacing w:after="20"/>
      </w:pPr>
    </w:p>
    <w:p w14:paraId="5E9630D2" w14:textId="77777777" w:rsidR="00F8671E" w:rsidRDefault="00000000">
      <w:pPr>
        <w:pStyle w:val="Question"/>
      </w:pPr>
      <w:r>
        <w:t>Какъв резултат очаквате след обновяването?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39F1E9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5B4569" w14:textId="77777777" w:rsidR="0009192E" w:rsidRDefault="00000000">
            <w:pPr>
              <w:spacing w:after="0"/>
              <w:rPr>
                <w:lang w:val="bg-BG"/>
              </w:rPr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  <w:p w14:paraId="01DF7CA1" w14:textId="77777777" w:rsidR="0009192E" w:rsidRDefault="0009192E">
            <w:pPr>
              <w:spacing w:after="0"/>
              <w:rPr>
                <w:lang w:val="bg-BG"/>
              </w:rPr>
            </w:pPr>
          </w:p>
          <w:p w14:paraId="671A38BC" w14:textId="77777777" w:rsidR="0009192E" w:rsidRDefault="0009192E">
            <w:pPr>
              <w:spacing w:after="0"/>
              <w:rPr>
                <w:lang w:val="bg-BG"/>
              </w:rPr>
            </w:pPr>
          </w:p>
          <w:p w14:paraId="295A98E7" w14:textId="77777777" w:rsidR="0009192E" w:rsidRDefault="0009192E">
            <w:pPr>
              <w:spacing w:after="0"/>
              <w:rPr>
                <w:lang w:val="bg-BG"/>
              </w:rPr>
            </w:pPr>
          </w:p>
          <w:p w14:paraId="468B9841" w14:textId="77777777" w:rsidR="0009192E" w:rsidRDefault="0009192E">
            <w:pPr>
              <w:spacing w:after="0"/>
              <w:rPr>
                <w:lang w:val="bg-BG"/>
              </w:rPr>
            </w:pPr>
          </w:p>
          <w:p w14:paraId="2A5E067C" w14:textId="77777777" w:rsidR="0009192E" w:rsidRDefault="0009192E">
            <w:pPr>
              <w:spacing w:after="0"/>
              <w:rPr>
                <w:lang w:val="bg-BG"/>
              </w:rPr>
            </w:pPr>
          </w:p>
          <w:p w14:paraId="43323B8F" w14:textId="77777777" w:rsidR="0009192E" w:rsidRDefault="0009192E">
            <w:pPr>
              <w:spacing w:after="0"/>
              <w:rPr>
                <w:lang w:val="bg-BG"/>
              </w:rPr>
            </w:pPr>
          </w:p>
          <w:p w14:paraId="685C49BF" w14:textId="77777777" w:rsidR="0009192E" w:rsidRDefault="0009192E">
            <w:pPr>
              <w:spacing w:after="0"/>
              <w:rPr>
                <w:lang w:val="bg-BG"/>
              </w:rPr>
            </w:pPr>
          </w:p>
          <w:p w14:paraId="2B7F3CD9" w14:textId="77777777" w:rsidR="0009192E" w:rsidRDefault="0009192E">
            <w:pPr>
              <w:spacing w:after="0"/>
              <w:rPr>
                <w:lang w:val="bg-BG"/>
              </w:rPr>
            </w:pPr>
          </w:p>
          <w:p w14:paraId="42DBC19B" w14:textId="3786051F" w:rsidR="00F8671E" w:rsidRDefault="00000000">
            <w:pPr>
              <w:spacing w:after="0"/>
            </w:pPr>
            <w:r>
              <w:br/>
              <w:t xml:space="preserve"> </w:t>
            </w:r>
          </w:p>
        </w:tc>
      </w:tr>
    </w:tbl>
    <w:p w14:paraId="0A64708E" w14:textId="77777777" w:rsidR="00F8671E" w:rsidRDefault="00F8671E">
      <w:pPr>
        <w:spacing w:after="20"/>
      </w:pPr>
    </w:p>
    <w:p w14:paraId="4A3E9CD3" w14:textId="77777777" w:rsidR="00F8671E" w:rsidRDefault="00000000">
      <w:r>
        <w:br w:type="page"/>
      </w:r>
    </w:p>
    <w:p w14:paraId="5F132F0E" w14:textId="77777777" w:rsidR="00F8671E" w:rsidRDefault="00000000">
      <w:pPr>
        <w:pStyle w:val="Heading1"/>
      </w:pPr>
      <w:r>
        <w:lastRenderedPageBreak/>
        <w:t>15. Freeway Business Desk – месечна подкрепа</w:t>
      </w:r>
    </w:p>
    <w:p w14:paraId="7E011535" w14:textId="77777777" w:rsidR="00F8671E" w:rsidRDefault="00000000">
      <w:pPr>
        <w:spacing w:after="160"/>
      </w:pPr>
      <w:r>
        <w:rPr>
          <w:i/>
          <w:color w:val="465064"/>
        </w:rPr>
        <w:t>За постоянна работа по предварително определен обхват.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30DA2E7A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0A978C64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72F18ECC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38002A56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7964F364" w14:textId="77777777" w:rsidR="00F8671E" w:rsidRDefault="00000000">
            <w:r>
              <w:t xml:space="preserve"> </w:t>
            </w:r>
          </w:p>
        </w:tc>
      </w:tr>
      <w:tr w:rsidR="00F8671E" w14:paraId="647697F0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3D35CE92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54427F1F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16139810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08BD6273" w14:textId="77777777" w:rsidR="00F8671E" w:rsidRDefault="00000000">
            <w:r>
              <w:t xml:space="preserve"> </w:t>
            </w:r>
          </w:p>
        </w:tc>
      </w:tr>
    </w:tbl>
    <w:p w14:paraId="34AFBAF0" w14:textId="77777777" w:rsidR="00F8671E" w:rsidRDefault="00F8671E"/>
    <w:p w14:paraId="54A3607A" w14:textId="77777777" w:rsidR="00F8671E" w:rsidRDefault="00000000">
      <w:pPr>
        <w:pStyle w:val="Question"/>
      </w:pPr>
      <w:r>
        <w:t>Кои типове задачи искате да включим месечно?</w:t>
      </w:r>
    </w:p>
    <w:p w14:paraId="1AB9199D" w14:textId="77777777" w:rsidR="00F8671E" w:rsidRDefault="00000000">
      <w:pPr>
        <w:spacing w:after="60"/>
        <w:ind w:left="115"/>
      </w:pPr>
      <w:r>
        <w:t>□ Администрация   □ Дизайн   □ Оферти   □ Социално съдържание   □ Сайт – малки промени   □ Таблици   □ Каталози   □ Презентации   □ Други</w:t>
      </w:r>
    </w:p>
    <w:p w14:paraId="4A186816" w14:textId="77777777" w:rsidR="00F8671E" w:rsidRDefault="00000000">
      <w:pPr>
        <w:pStyle w:val="Question"/>
      </w:pPr>
      <w:r>
        <w:t>Колко често възникват такива задачи?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1935DD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5DFBD8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D84E3AB" w14:textId="77777777" w:rsidR="00F8671E" w:rsidRDefault="00F8671E">
      <w:pPr>
        <w:spacing w:after="20"/>
      </w:pPr>
    </w:p>
    <w:p w14:paraId="5E1EDEAD" w14:textId="77777777" w:rsidR="00F8671E" w:rsidRDefault="00000000">
      <w:pPr>
        <w:pStyle w:val="Question"/>
      </w:pPr>
      <w:r>
        <w:t>Какъв приблизителен обем часове очаквате?</w:t>
      </w:r>
    </w:p>
    <w:p w14:paraId="61517E98" w14:textId="77777777" w:rsidR="00F8671E" w:rsidRDefault="00000000">
      <w:pPr>
        <w:spacing w:after="60"/>
        <w:ind w:left="115"/>
      </w:pPr>
      <w:r>
        <w:t>□ До 5 ч.   □ До 10 ч.   □ До 20 ч.   □ Не знам</w:t>
      </w:r>
    </w:p>
    <w:p w14:paraId="0E726EB4" w14:textId="77777777" w:rsidR="00F8671E" w:rsidRDefault="00000000">
      <w:pPr>
        <w:pStyle w:val="Question"/>
      </w:pPr>
      <w:r>
        <w:t>Кои задачи са приоритетни?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2FCBB8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0DAEE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74B1EB93" w14:textId="77777777" w:rsidR="00F8671E" w:rsidRDefault="00F8671E">
      <w:pPr>
        <w:spacing w:after="20"/>
      </w:pPr>
    </w:p>
    <w:p w14:paraId="68A74A94" w14:textId="77777777" w:rsidR="00F8671E" w:rsidRDefault="00000000">
      <w:pPr>
        <w:pStyle w:val="Question"/>
      </w:pPr>
      <w:r>
        <w:t>Кои задачи могат да чакат?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1CDB85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E50A6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C2592B0" w14:textId="77777777" w:rsidR="00F8671E" w:rsidRDefault="00F8671E">
      <w:pPr>
        <w:spacing w:after="20"/>
      </w:pPr>
    </w:p>
    <w:p w14:paraId="68791C70" w14:textId="77777777" w:rsidR="00F8671E" w:rsidRDefault="00000000">
      <w:pPr>
        <w:pStyle w:val="Question"/>
      </w:pPr>
      <w:r>
        <w:t>Какъв е предпочитаният канал за заявки?</w:t>
      </w:r>
    </w:p>
    <w:p w14:paraId="0944DEDD" w14:textId="77777777" w:rsidR="00F8671E" w:rsidRDefault="00000000">
      <w:pPr>
        <w:spacing w:after="60"/>
        <w:ind w:left="115"/>
      </w:pPr>
      <w:r>
        <w:t>□ Имейл   □ Списък със задачи   □ Messenger   □ Друг</w:t>
      </w:r>
    </w:p>
    <w:p w14:paraId="32268686" w14:textId="77777777" w:rsidR="00F8671E" w:rsidRDefault="00000000">
      <w:pPr>
        <w:pStyle w:val="Question"/>
      </w:pPr>
      <w:r>
        <w:t>Кой има право да възлага задачи?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220087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038C0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41F0A25B" w14:textId="77777777" w:rsidR="00F8671E" w:rsidRDefault="00F8671E">
      <w:pPr>
        <w:spacing w:after="20"/>
      </w:pPr>
    </w:p>
    <w:p w14:paraId="47914597" w14:textId="77777777" w:rsidR="00F8671E" w:rsidRDefault="00000000">
      <w:pPr>
        <w:pStyle w:val="Question"/>
      </w:pPr>
      <w:r>
        <w:t>Кой одобрява готовата работа?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62A08B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27851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359D3F41" w14:textId="77777777" w:rsidR="00F8671E" w:rsidRDefault="00F8671E">
      <w:pPr>
        <w:spacing w:after="20"/>
      </w:pPr>
    </w:p>
    <w:p w14:paraId="6C90743B" w14:textId="77777777" w:rsidR="00F8671E" w:rsidRDefault="00000000">
      <w:pPr>
        <w:pStyle w:val="Question"/>
      </w:pPr>
      <w:r>
        <w:t>Какви са стандартните срокове за отговор/изпълнение?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D64011B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C7F08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08B1EFC" w14:textId="77777777" w:rsidR="00F8671E" w:rsidRDefault="00F8671E">
      <w:pPr>
        <w:spacing w:after="20"/>
      </w:pPr>
    </w:p>
    <w:p w14:paraId="1430698A" w14:textId="77777777" w:rsidR="00F8671E" w:rsidRDefault="00000000">
      <w:pPr>
        <w:pStyle w:val="Question"/>
      </w:pPr>
      <w:r>
        <w:t>Има ли периоди с по-голямо натоварване?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9E4185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4D8B4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E860E95" w14:textId="77777777" w:rsidR="00F8671E" w:rsidRDefault="00F8671E">
      <w:pPr>
        <w:spacing w:after="20"/>
      </w:pPr>
    </w:p>
    <w:p w14:paraId="17EA2939" w14:textId="77777777" w:rsidR="00F8671E" w:rsidRDefault="00000000">
      <w:pPr>
        <w:pStyle w:val="Question"/>
      </w:pPr>
      <w:r>
        <w:lastRenderedPageBreak/>
        <w:t>Какво трябва да се отчита в края на месеца?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6C857A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3C20F0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ED6770E" w14:textId="77777777" w:rsidR="00F8671E" w:rsidRDefault="00F8671E">
      <w:pPr>
        <w:spacing w:after="20"/>
      </w:pPr>
    </w:p>
    <w:p w14:paraId="64A23D6F" w14:textId="77777777" w:rsidR="00F8671E" w:rsidRDefault="00000000">
      <w:pPr>
        <w:pStyle w:val="Question"/>
      </w:pPr>
      <w:r>
        <w:t>Кои дейности са извън обхвата?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4D5345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1BB400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22452334" w14:textId="77777777" w:rsidR="00F8671E" w:rsidRDefault="00F8671E">
      <w:pPr>
        <w:spacing w:after="20"/>
      </w:pPr>
    </w:p>
    <w:p w14:paraId="51644D91" w14:textId="77777777" w:rsidR="00F8671E" w:rsidRDefault="00000000">
      <w:r>
        <w:br w:type="page"/>
      </w:r>
    </w:p>
    <w:p w14:paraId="10009F0D" w14:textId="77777777" w:rsidR="00F8671E" w:rsidRDefault="00000000">
      <w:pPr>
        <w:pStyle w:val="Heading1"/>
      </w:pPr>
      <w:r>
        <w:lastRenderedPageBreak/>
        <w:t>16. Дигитални документи и шаблони</w:t>
      </w:r>
    </w:p>
    <w:p w14:paraId="02E2745E" w14:textId="77777777" w:rsidR="00F8671E" w:rsidRDefault="00000000">
      <w:pPr>
        <w:spacing w:after="160"/>
      </w:pPr>
      <w:r>
        <w:rPr>
          <w:i/>
          <w:color w:val="465064"/>
        </w:rPr>
        <w:t>За персонализирани PDF/Word/Excel/презентационни материали, формуляри, trackers, каталози, работни книжки и клиентски документи.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23D8BAB7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4496E7EE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6C4C6EA0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4B3CE6D0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7A6F889C" w14:textId="77777777" w:rsidR="00F8671E" w:rsidRDefault="00000000">
            <w:r>
              <w:t xml:space="preserve"> </w:t>
            </w:r>
          </w:p>
        </w:tc>
      </w:tr>
      <w:tr w:rsidR="00F8671E" w14:paraId="4294B5CD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4C7FC3A4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5C813727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642DC56F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4AFC0D3D" w14:textId="77777777" w:rsidR="00F8671E" w:rsidRDefault="00000000">
            <w:r>
              <w:t xml:space="preserve"> </w:t>
            </w:r>
          </w:p>
        </w:tc>
      </w:tr>
    </w:tbl>
    <w:p w14:paraId="5E0F4EBD" w14:textId="77777777" w:rsidR="00F8671E" w:rsidRDefault="00F8671E"/>
    <w:p w14:paraId="0C4C9DA0" w14:textId="77777777" w:rsidR="00F8671E" w:rsidRDefault="00000000">
      <w:pPr>
        <w:pStyle w:val="Question"/>
      </w:pPr>
      <w:r>
        <w:t>Какъв точно документ/материал ви е необходим?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7513FCB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47CB5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3093194" w14:textId="77777777" w:rsidR="00F8671E" w:rsidRDefault="00F8671E">
      <w:pPr>
        <w:spacing w:after="20"/>
      </w:pPr>
    </w:p>
    <w:p w14:paraId="62BFC4A5" w14:textId="77777777" w:rsidR="00F8671E" w:rsidRDefault="00000000">
      <w:pPr>
        <w:pStyle w:val="Question"/>
      </w:pPr>
      <w:r>
        <w:t>Кой ще го използва?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477CED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E7CB8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347BF70" w14:textId="77777777" w:rsidR="00F8671E" w:rsidRDefault="00F8671E">
      <w:pPr>
        <w:spacing w:after="20"/>
      </w:pPr>
    </w:p>
    <w:p w14:paraId="52880CA5" w14:textId="77777777" w:rsidR="00F8671E" w:rsidRDefault="00000000">
      <w:pPr>
        <w:pStyle w:val="Question"/>
      </w:pPr>
      <w:r>
        <w:t>Какъв проблем трябва да решава?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D8FDA7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59F16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2BD9280" w14:textId="77777777" w:rsidR="00F8671E" w:rsidRDefault="00F8671E">
      <w:pPr>
        <w:spacing w:after="20"/>
      </w:pPr>
    </w:p>
    <w:p w14:paraId="4DAA0EF7" w14:textId="77777777" w:rsidR="00F8671E" w:rsidRDefault="00000000">
      <w:pPr>
        <w:pStyle w:val="Question"/>
      </w:pPr>
      <w:r>
        <w:t>Ще се попълва дигитално, ще се печата или и двете?</w:t>
      </w:r>
    </w:p>
    <w:p w14:paraId="100D0B1A" w14:textId="77777777" w:rsidR="00F8671E" w:rsidRDefault="00000000">
      <w:pPr>
        <w:spacing w:after="60"/>
        <w:ind w:left="115"/>
      </w:pPr>
      <w:r>
        <w:t>□ Дигитално   □ Печат   □ И двете</w:t>
      </w:r>
    </w:p>
    <w:p w14:paraId="5F6F911A" w14:textId="77777777" w:rsidR="00F8671E" w:rsidRDefault="00000000">
      <w:pPr>
        <w:pStyle w:val="Question"/>
      </w:pPr>
      <w:r>
        <w:t>Какви полета/секции трябва да съдържа?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9A86D1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1E762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7D6F10C1" w14:textId="77777777" w:rsidR="00F8671E" w:rsidRDefault="00F8671E">
      <w:pPr>
        <w:spacing w:after="20"/>
      </w:pPr>
    </w:p>
    <w:p w14:paraId="28E2BBCB" w14:textId="77777777" w:rsidR="00F8671E" w:rsidRDefault="00000000">
      <w:pPr>
        <w:pStyle w:val="Question"/>
      </w:pPr>
      <w:r>
        <w:t>Има ли съществуващ документ, който да подобрим?</w:t>
      </w:r>
    </w:p>
    <w:p w14:paraId="1D4B2201" w14:textId="77777777" w:rsidR="00F8671E" w:rsidRDefault="00000000">
      <w:pPr>
        <w:spacing w:after="60"/>
        <w:ind w:left="115"/>
      </w:pPr>
      <w:r>
        <w:t>□ Да   □ Не</w:t>
      </w:r>
    </w:p>
    <w:p w14:paraId="6664503C" w14:textId="77777777" w:rsidR="00F8671E" w:rsidRDefault="00000000">
      <w:pPr>
        <w:pStyle w:val="Question"/>
      </w:pPr>
      <w:r>
        <w:t>Трябва ли да следва фирмената идентичност?</w:t>
      </w:r>
    </w:p>
    <w:p w14:paraId="3166FFC4" w14:textId="77777777" w:rsidR="00F8671E" w:rsidRDefault="00000000">
      <w:pPr>
        <w:spacing w:after="60"/>
        <w:ind w:left="115"/>
      </w:pPr>
      <w:r>
        <w:t>□ Да   □ Не</w:t>
      </w:r>
    </w:p>
    <w:p w14:paraId="576EC03E" w14:textId="77777777" w:rsidR="00F8671E" w:rsidRDefault="00000000">
      <w:pPr>
        <w:pStyle w:val="Question"/>
      </w:pPr>
      <w:r>
        <w:t>Необходим ли е A4 / US Letter / друг размер?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77CFB1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D1F3A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40B8E497" w14:textId="77777777" w:rsidR="00F8671E" w:rsidRDefault="00F8671E">
      <w:pPr>
        <w:spacing w:after="20"/>
      </w:pPr>
    </w:p>
    <w:p w14:paraId="102642C9" w14:textId="77777777" w:rsidR="00F8671E" w:rsidRDefault="00000000">
      <w:pPr>
        <w:pStyle w:val="Question"/>
      </w:pPr>
      <w:r>
        <w:t>Има ли нужда от формули, автоматични изчисления или dropdown полета?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F13FC0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DCC8E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CB804D6" w14:textId="77777777" w:rsidR="00F8671E" w:rsidRDefault="00F8671E">
      <w:pPr>
        <w:spacing w:after="20"/>
      </w:pPr>
    </w:p>
    <w:p w14:paraId="7A9E686B" w14:textId="77777777" w:rsidR="00F8671E" w:rsidRDefault="00000000">
      <w:pPr>
        <w:pStyle w:val="Question"/>
      </w:pPr>
      <w:r>
        <w:t>Има ли чувствителни данни?</w:t>
      </w:r>
    </w:p>
    <w:p w14:paraId="2A18D98B" w14:textId="77777777" w:rsidR="00F8671E" w:rsidRDefault="00000000">
      <w:pPr>
        <w:spacing w:after="60"/>
        <w:ind w:left="115"/>
      </w:pPr>
      <w:r>
        <w:t>□ Да   □ Не</w:t>
      </w:r>
    </w:p>
    <w:p w14:paraId="165E68F7" w14:textId="77777777" w:rsidR="00F8671E" w:rsidRDefault="00000000">
      <w:pPr>
        <w:pStyle w:val="Question"/>
      </w:pPr>
      <w:r>
        <w:lastRenderedPageBreak/>
        <w:t>Какъв е очакваният обем / брой страници?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7588FE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ED7970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5B94B4E8" w14:textId="77777777" w:rsidR="00F8671E" w:rsidRDefault="00F8671E">
      <w:pPr>
        <w:spacing w:after="20"/>
      </w:pPr>
    </w:p>
    <w:p w14:paraId="72ED0005" w14:textId="77777777" w:rsidR="00F8671E" w:rsidRDefault="00000000">
      <w:pPr>
        <w:pStyle w:val="Question"/>
      </w:pPr>
      <w:r>
        <w:t>Кой ще поддържа и обновява документа след предаване?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CE9856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26B48F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15B07846" w14:textId="77777777" w:rsidR="00F8671E" w:rsidRDefault="00F8671E">
      <w:pPr>
        <w:spacing w:after="20"/>
      </w:pPr>
    </w:p>
    <w:p w14:paraId="2E02C875" w14:textId="77777777" w:rsidR="00F8671E" w:rsidRDefault="00000000">
      <w:r>
        <w:br w:type="page"/>
      </w:r>
    </w:p>
    <w:p w14:paraId="3BD0FEBB" w14:textId="77777777" w:rsidR="00F8671E" w:rsidRDefault="00000000">
      <w:pPr>
        <w:pStyle w:val="Heading1"/>
      </w:pPr>
      <w:r>
        <w:lastRenderedPageBreak/>
        <w:t>17. Секторни допълнения</w:t>
      </w:r>
    </w:p>
    <w:p w14:paraId="5BC917AF" w14:textId="77777777" w:rsidR="00F8671E" w:rsidRDefault="00000000">
      <w:pPr>
        <w:spacing w:after="160"/>
      </w:pPr>
      <w:r>
        <w:rPr>
          <w:i/>
          <w:color w:val="465064"/>
        </w:rPr>
        <w:t>Тези въпроси се добавят към основния бриф, когато работим с конкретен тип бизнес.</w:t>
      </w:r>
    </w:p>
    <w:p w14:paraId="4C9E86EA" w14:textId="77777777" w:rsidR="00F8671E" w:rsidRDefault="00000000">
      <w:pPr>
        <w:pStyle w:val="Heading2"/>
      </w:pPr>
      <w:r>
        <w:t>17.1 Beauty / салони / wellness</w:t>
      </w:r>
    </w:p>
    <w:p w14:paraId="78AA9FE3" w14:textId="77777777" w:rsidR="00F8671E" w:rsidRDefault="00000000">
      <w:pPr>
        <w:pStyle w:val="Question"/>
      </w:pPr>
      <w:r>
        <w:t>Какви услуги се записват най-често и кои искате да развиете?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B60A5F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C4C25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5CC32E6" w14:textId="77777777" w:rsidR="00F8671E" w:rsidRDefault="00F8671E">
      <w:pPr>
        <w:spacing w:after="20"/>
      </w:pPr>
    </w:p>
    <w:p w14:paraId="15C97B8C" w14:textId="77777777" w:rsidR="00F8671E" w:rsidRDefault="00000000">
      <w:pPr>
        <w:pStyle w:val="Question"/>
      </w:pPr>
      <w:r>
        <w:t>Имате ли онлайн система за записване?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707D3F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95631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25B2D0E" w14:textId="77777777" w:rsidR="00F8671E" w:rsidRDefault="00F8671E">
      <w:pPr>
        <w:spacing w:after="20"/>
      </w:pPr>
    </w:p>
    <w:p w14:paraId="1EDC3DC4" w14:textId="77777777" w:rsidR="00F8671E" w:rsidRDefault="00000000">
      <w:pPr>
        <w:pStyle w:val="Question"/>
      </w:pPr>
      <w:r>
        <w:t>Как се управляват отменени часове и свободни слотове?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1B0F5A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3A4D3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CCBA8E8" w14:textId="77777777" w:rsidR="00F8671E" w:rsidRDefault="00F8671E">
      <w:pPr>
        <w:spacing w:after="20"/>
      </w:pPr>
    </w:p>
    <w:p w14:paraId="3C1BBC73" w14:textId="77777777" w:rsidR="00F8671E" w:rsidRDefault="00000000">
      <w:pPr>
        <w:pStyle w:val="Question"/>
      </w:pPr>
      <w:r>
        <w:t>Имате ли before/after снимки и съгласие за използването им?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B4721A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195E6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2E20EA1" w14:textId="77777777" w:rsidR="00F8671E" w:rsidRDefault="00F8671E">
      <w:pPr>
        <w:spacing w:after="20"/>
      </w:pPr>
    </w:p>
    <w:p w14:paraId="45581AF8" w14:textId="77777777" w:rsidR="00F8671E" w:rsidRDefault="00000000">
      <w:pPr>
        <w:pStyle w:val="Question"/>
      </w:pPr>
      <w:r>
        <w:t>Има ли пакетни услуги, абонаменти, ваучери или сезонни кампании?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9C21F4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0F65D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737AA09" w14:textId="77777777" w:rsidR="00F8671E" w:rsidRDefault="00F8671E">
      <w:pPr>
        <w:spacing w:after="20"/>
      </w:pPr>
    </w:p>
    <w:p w14:paraId="6D82E5AC" w14:textId="77777777" w:rsidR="00F8671E" w:rsidRDefault="00000000">
      <w:pPr>
        <w:pStyle w:val="Question"/>
      </w:pPr>
      <w:r>
        <w:t>Какъв образ искате: луксозен, медицински, уютен, модерен, млад?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FD7766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B1DF7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77E55B60" w14:textId="77777777" w:rsidR="00F8671E" w:rsidRDefault="00F8671E">
      <w:pPr>
        <w:spacing w:after="20"/>
      </w:pPr>
    </w:p>
    <w:p w14:paraId="34EF608C" w14:textId="77777777" w:rsidR="00F8671E" w:rsidRDefault="00000000">
      <w:pPr>
        <w:pStyle w:val="Question"/>
      </w:pPr>
      <w:r>
        <w:t>Има ли ценоразпис, който се променя често?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19FF80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57994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0FB306F" w14:textId="77777777" w:rsidR="00F8671E" w:rsidRDefault="00F8671E">
      <w:pPr>
        <w:spacing w:after="20"/>
      </w:pPr>
    </w:p>
    <w:p w14:paraId="4F7DF0E2" w14:textId="77777777" w:rsidR="00F8671E" w:rsidRDefault="00000000">
      <w:pPr>
        <w:pStyle w:val="Question"/>
      </w:pPr>
      <w:r>
        <w:t>Какво най-често кара нов клиент да избере вас?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FB80AF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D8EF0C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2896532" w14:textId="77777777" w:rsidR="00F8671E" w:rsidRDefault="00F8671E">
      <w:pPr>
        <w:spacing w:after="20"/>
      </w:pPr>
    </w:p>
    <w:p w14:paraId="5BFC033B" w14:textId="77777777" w:rsidR="00F8671E" w:rsidRDefault="00000000">
      <w:pPr>
        <w:pStyle w:val="Heading2"/>
      </w:pPr>
      <w:r>
        <w:t>17.2 Строителство / ремонти / майстори</w:t>
      </w:r>
    </w:p>
    <w:p w14:paraId="6E14E6FE" w14:textId="77777777" w:rsidR="00F8671E" w:rsidRDefault="00000000">
      <w:pPr>
        <w:pStyle w:val="Question"/>
      </w:pPr>
      <w:r>
        <w:t>Какъв тип обекти поемате и кои не поемате?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3011103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EE821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lastRenderedPageBreak/>
              <w:t xml:space="preserve"> </w:t>
            </w:r>
            <w:r>
              <w:br/>
              <w:t xml:space="preserve"> </w:t>
            </w:r>
          </w:p>
        </w:tc>
      </w:tr>
    </w:tbl>
    <w:p w14:paraId="5AF6481A" w14:textId="77777777" w:rsidR="00F8671E" w:rsidRDefault="00F8671E">
      <w:pPr>
        <w:spacing w:after="20"/>
      </w:pPr>
    </w:p>
    <w:p w14:paraId="3538E723" w14:textId="77777777" w:rsidR="00F8671E" w:rsidRDefault="00000000">
      <w:pPr>
        <w:pStyle w:val="Question"/>
      </w:pPr>
      <w:r>
        <w:t>Каква е обслужваната територия?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59FAEB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08047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9FE240E" w14:textId="77777777" w:rsidR="00F8671E" w:rsidRDefault="00F8671E">
      <w:pPr>
        <w:spacing w:after="20"/>
      </w:pPr>
    </w:p>
    <w:p w14:paraId="45B9FFCF" w14:textId="77777777" w:rsidR="00F8671E" w:rsidRDefault="00000000">
      <w:pPr>
        <w:pStyle w:val="Question"/>
      </w:pPr>
      <w:r>
        <w:t>Имате ли портфолио „преди/след“?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BB2AA5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97700F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03DC2F8" w14:textId="77777777" w:rsidR="00F8671E" w:rsidRDefault="00F8671E">
      <w:pPr>
        <w:spacing w:after="20"/>
      </w:pPr>
    </w:p>
    <w:p w14:paraId="7C6D6521" w14:textId="77777777" w:rsidR="00F8671E" w:rsidRDefault="00000000">
      <w:pPr>
        <w:pStyle w:val="Question"/>
      </w:pPr>
      <w:r>
        <w:t>Как се формира оферта – оглед, квадратура, пакет, часова ставка?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90BF6C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CD964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B079607" w14:textId="77777777" w:rsidR="00F8671E" w:rsidRDefault="00F8671E">
      <w:pPr>
        <w:spacing w:after="20"/>
      </w:pPr>
    </w:p>
    <w:p w14:paraId="3D133A93" w14:textId="77777777" w:rsidR="00F8671E" w:rsidRDefault="00000000">
      <w:pPr>
        <w:pStyle w:val="Question"/>
      </w:pPr>
      <w:r>
        <w:t>Имате ли сертификати, гаранции, машини или специализации за показване?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CCDE8D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BADD70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269F05F" w14:textId="77777777" w:rsidR="00F8671E" w:rsidRDefault="00F8671E">
      <w:pPr>
        <w:spacing w:after="20"/>
      </w:pPr>
    </w:p>
    <w:p w14:paraId="453740CE" w14:textId="77777777" w:rsidR="00F8671E" w:rsidRDefault="00000000">
      <w:pPr>
        <w:pStyle w:val="Question"/>
      </w:pPr>
      <w:r>
        <w:t>Какво най-често притеснява клиента: цена, срок, качество, гаранция?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BF69FA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3BE05EF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F56BC6E" w14:textId="77777777" w:rsidR="00F8671E" w:rsidRDefault="00F8671E">
      <w:pPr>
        <w:spacing w:after="20"/>
      </w:pPr>
    </w:p>
    <w:p w14:paraId="5D8792BD" w14:textId="77777777" w:rsidR="00F8671E" w:rsidRDefault="00000000">
      <w:pPr>
        <w:pStyle w:val="Question"/>
      </w:pPr>
      <w:r>
        <w:t>Как получавате запитвания в момента?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B70CBD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15412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14793DA" w14:textId="77777777" w:rsidR="00F8671E" w:rsidRDefault="00F8671E">
      <w:pPr>
        <w:spacing w:after="20"/>
      </w:pPr>
    </w:p>
    <w:p w14:paraId="31FFC8E5" w14:textId="77777777" w:rsidR="00F8671E" w:rsidRDefault="00000000">
      <w:pPr>
        <w:pStyle w:val="Question"/>
      </w:pPr>
      <w:r>
        <w:t>Има ли сезонност и периоди с ограничен капацитет?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9BE91B8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CAC39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EE92CCA" w14:textId="77777777" w:rsidR="00F8671E" w:rsidRDefault="00F8671E">
      <w:pPr>
        <w:spacing w:after="20"/>
      </w:pPr>
    </w:p>
    <w:p w14:paraId="42681F45" w14:textId="77777777" w:rsidR="00F8671E" w:rsidRDefault="00000000">
      <w:pPr>
        <w:pStyle w:val="Heading2"/>
      </w:pPr>
      <w:r>
        <w:t>17.3 Заведения / туризъм / настаняване</w:t>
      </w:r>
    </w:p>
    <w:p w14:paraId="2F846466" w14:textId="77777777" w:rsidR="00F8671E" w:rsidRDefault="00000000">
      <w:pPr>
        <w:pStyle w:val="Question"/>
      </w:pPr>
      <w:r>
        <w:t>Какъв е капацитетът и работното време?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58E36A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0C57B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7BD3E528" w14:textId="77777777" w:rsidR="00F8671E" w:rsidRDefault="00F8671E">
      <w:pPr>
        <w:spacing w:after="20"/>
      </w:pPr>
    </w:p>
    <w:p w14:paraId="0B0B21BA" w14:textId="77777777" w:rsidR="00F8671E" w:rsidRDefault="00000000">
      <w:pPr>
        <w:pStyle w:val="Question"/>
      </w:pPr>
      <w:r>
        <w:t>Как се правят резервации?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FAF79E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19892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9E5745C" w14:textId="77777777" w:rsidR="00F8671E" w:rsidRDefault="00F8671E">
      <w:pPr>
        <w:spacing w:after="20"/>
      </w:pPr>
    </w:p>
    <w:p w14:paraId="42AD9941" w14:textId="77777777" w:rsidR="00F8671E" w:rsidRDefault="00000000">
      <w:pPr>
        <w:pStyle w:val="Question"/>
      </w:pPr>
      <w:r>
        <w:t>Има ли сезонни менюта/цени/пакети?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97D7E9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DD366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E6F1B69" w14:textId="77777777" w:rsidR="00F8671E" w:rsidRDefault="00F8671E">
      <w:pPr>
        <w:spacing w:after="20"/>
      </w:pPr>
    </w:p>
    <w:p w14:paraId="677B64FB" w14:textId="77777777" w:rsidR="00F8671E" w:rsidRDefault="00000000">
      <w:pPr>
        <w:pStyle w:val="Question"/>
      </w:pPr>
      <w:r>
        <w:t>Какво е основното преживяване, което продавате?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348E2BB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DDE93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E2F1485" w14:textId="77777777" w:rsidR="00F8671E" w:rsidRDefault="00F8671E">
      <w:pPr>
        <w:spacing w:after="20"/>
      </w:pPr>
    </w:p>
    <w:p w14:paraId="7F33246E" w14:textId="77777777" w:rsidR="00F8671E" w:rsidRDefault="00000000">
      <w:pPr>
        <w:pStyle w:val="Question"/>
      </w:pPr>
      <w:r>
        <w:t>Кои клиенти са най-ценни: местни, туристи, семейства, групи, бизнес?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FD8A50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09824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53EF9D2" w14:textId="77777777" w:rsidR="00F8671E" w:rsidRDefault="00F8671E">
      <w:pPr>
        <w:spacing w:after="20"/>
      </w:pPr>
    </w:p>
    <w:p w14:paraId="1C02BAB1" w14:textId="77777777" w:rsidR="00F8671E" w:rsidRDefault="00000000">
      <w:pPr>
        <w:pStyle w:val="Question"/>
      </w:pPr>
      <w:r>
        <w:t>Имате ли професионални снимки?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5FC98F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C0E42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683E597" w14:textId="77777777" w:rsidR="00F8671E" w:rsidRDefault="00F8671E">
      <w:pPr>
        <w:spacing w:after="20"/>
      </w:pPr>
    </w:p>
    <w:p w14:paraId="5D0B8062" w14:textId="77777777" w:rsidR="00F8671E" w:rsidRDefault="00000000">
      <w:pPr>
        <w:pStyle w:val="Question"/>
      </w:pPr>
      <w:r>
        <w:t>Кои платформи използвате за резервации/отзиви?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A93B0D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49281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EF390E1" w14:textId="77777777" w:rsidR="00F8671E" w:rsidRDefault="00F8671E">
      <w:pPr>
        <w:spacing w:after="20"/>
      </w:pPr>
    </w:p>
    <w:p w14:paraId="5109D5BD" w14:textId="77777777" w:rsidR="00F8671E" w:rsidRDefault="00000000">
      <w:pPr>
        <w:pStyle w:val="Question"/>
      </w:pPr>
      <w:r>
        <w:t>Какви промоции или събития се планират?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417935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5990E0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777CC374" w14:textId="77777777" w:rsidR="00F8671E" w:rsidRDefault="00F8671E">
      <w:pPr>
        <w:spacing w:after="20"/>
      </w:pPr>
    </w:p>
    <w:p w14:paraId="086323B1" w14:textId="77777777" w:rsidR="00F8671E" w:rsidRDefault="00000000">
      <w:pPr>
        <w:pStyle w:val="Heading2"/>
      </w:pPr>
      <w:r>
        <w:t>17.4 Професионални услуги / консултанти / счетоводство / обучения</w:t>
      </w:r>
    </w:p>
    <w:p w14:paraId="5E5CFC2A" w14:textId="77777777" w:rsidR="00F8671E" w:rsidRDefault="00000000">
      <w:pPr>
        <w:pStyle w:val="Question"/>
      </w:pPr>
      <w:r>
        <w:t>Как изграждате доверие преди първия разговор?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BD86381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42C04F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76E0650" w14:textId="77777777" w:rsidR="00F8671E" w:rsidRDefault="00F8671E">
      <w:pPr>
        <w:spacing w:after="20"/>
      </w:pPr>
    </w:p>
    <w:p w14:paraId="22F4D241" w14:textId="77777777" w:rsidR="00F8671E" w:rsidRDefault="00000000">
      <w:pPr>
        <w:pStyle w:val="Question"/>
      </w:pPr>
      <w:r>
        <w:t>Кои услуги изискват най-много обяснение?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63D5329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32BB04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9AC030B" w14:textId="77777777" w:rsidR="00F8671E" w:rsidRDefault="00F8671E">
      <w:pPr>
        <w:spacing w:after="20"/>
      </w:pPr>
    </w:p>
    <w:p w14:paraId="76FD8AD8" w14:textId="77777777" w:rsidR="00F8671E" w:rsidRDefault="00000000">
      <w:pPr>
        <w:pStyle w:val="Question"/>
      </w:pPr>
      <w:r>
        <w:t>Има ли специализации/квалификации/сертификати за показване?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6F3CA8A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C4761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1ADFD28" w14:textId="77777777" w:rsidR="00F8671E" w:rsidRDefault="00F8671E">
      <w:pPr>
        <w:spacing w:after="20"/>
      </w:pPr>
    </w:p>
    <w:p w14:paraId="5AD5A605" w14:textId="77777777" w:rsidR="00F8671E" w:rsidRDefault="00000000">
      <w:pPr>
        <w:pStyle w:val="Question"/>
      </w:pPr>
      <w:r>
        <w:t>Какъв е процесът от запитване до договор?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DE8895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4EFA63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lastRenderedPageBreak/>
              <w:t xml:space="preserve"> </w:t>
            </w:r>
            <w:r>
              <w:br/>
              <w:t xml:space="preserve"> </w:t>
            </w:r>
          </w:p>
        </w:tc>
      </w:tr>
    </w:tbl>
    <w:p w14:paraId="3CEAE072" w14:textId="77777777" w:rsidR="00F8671E" w:rsidRDefault="00F8671E">
      <w:pPr>
        <w:spacing w:after="20"/>
      </w:pPr>
    </w:p>
    <w:p w14:paraId="19B15493" w14:textId="77777777" w:rsidR="00F8671E" w:rsidRDefault="00000000">
      <w:pPr>
        <w:pStyle w:val="Question"/>
      </w:pPr>
      <w:r>
        <w:t>Кои документи изпращате най-често?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595222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06591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54BCE45" w14:textId="77777777" w:rsidR="00F8671E" w:rsidRDefault="00F8671E">
      <w:pPr>
        <w:spacing w:after="20"/>
      </w:pPr>
    </w:p>
    <w:p w14:paraId="6834E4F6" w14:textId="77777777" w:rsidR="00F8671E" w:rsidRDefault="00000000">
      <w:pPr>
        <w:pStyle w:val="Question"/>
      </w:pPr>
      <w:r>
        <w:t>Как управлявате срещи и срокове?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A0EE08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409E8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7C9B248" w14:textId="77777777" w:rsidR="00F8671E" w:rsidRDefault="00F8671E">
      <w:pPr>
        <w:spacing w:after="20"/>
      </w:pPr>
    </w:p>
    <w:p w14:paraId="5FC92FF3" w14:textId="77777777" w:rsidR="00F8671E" w:rsidRDefault="00000000">
      <w:pPr>
        <w:pStyle w:val="Question"/>
      </w:pPr>
      <w:r>
        <w:t>Кои въпроси клиентите задават преди да ви изберат?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96D2EE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41552B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CAE5846" w14:textId="77777777" w:rsidR="00F8671E" w:rsidRDefault="00F8671E">
      <w:pPr>
        <w:spacing w:after="20"/>
      </w:pPr>
    </w:p>
    <w:p w14:paraId="177D39EB" w14:textId="77777777" w:rsidR="00F8671E" w:rsidRDefault="00000000">
      <w:pPr>
        <w:pStyle w:val="Question"/>
      </w:pPr>
      <w:r>
        <w:t>Какъв образ търсите: експертен, премиум, достъпен, институционален?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3D4D83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23A09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777662A" w14:textId="77777777" w:rsidR="00F8671E" w:rsidRDefault="00F8671E">
      <w:pPr>
        <w:spacing w:after="20"/>
      </w:pPr>
    </w:p>
    <w:p w14:paraId="5A9704DD" w14:textId="77777777" w:rsidR="00F8671E" w:rsidRDefault="00000000">
      <w:pPr>
        <w:pStyle w:val="Heading2"/>
      </w:pPr>
      <w:r>
        <w:t>17.5 Търговия / магазини</w:t>
      </w:r>
    </w:p>
    <w:p w14:paraId="6EA2878C" w14:textId="77777777" w:rsidR="00F8671E" w:rsidRDefault="00000000">
      <w:pPr>
        <w:pStyle w:val="Question"/>
      </w:pPr>
      <w:r>
        <w:t>Колко категории продукти имате?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1BA75F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C36E9F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94D0283" w14:textId="77777777" w:rsidR="00F8671E" w:rsidRDefault="00F8671E">
      <w:pPr>
        <w:spacing w:after="20"/>
      </w:pPr>
    </w:p>
    <w:p w14:paraId="5A663DBF" w14:textId="77777777" w:rsidR="00F8671E" w:rsidRDefault="00000000">
      <w:pPr>
        <w:pStyle w:val="Question"/>
      </w:pPr>
      <w:r>
        <w:t>Имате ли актуален каталог и цени?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920A01B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5BA048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3AAFD42" w14:textId="77777777" w:rsidR="00F8671E" w:rsidRDefault="00F8671E">
      <w:pPr>
        <w:spacing w:after="20"/>
      </w:pPr>
    </w:p>
    <w:p w14:paraId="21C29177" w14:textId="77777777" w:rsidR="00F8671E" w:rsidRDefault="00000000">
      <w:pPr>
        <w:pStyle w:val="Question"/>
      </w:pPr>
      <w:r>
        <w:t>Има ли онлайн продажби или само физически магазин?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35CF12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533675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F9B7BE5" w14:textId="77777777" w:rsidR="00F8671E" w:rsidRDefault="00F8671E">
      <w:pPr>
        <w:spacing w:after="20"/>
      </w:pPr>
    </w:p>
    <w:p w14:paraId="7AECD229" w14:textId="77777777" w:rsidR="00F8671E" w:rsidRDefault="00000000">
      <w:pPr>
        <w:pStyle w:val="Question"/>
      </w:pPr>
      <w:r>
        <w:t>Как се управляват промоции и сезонни кампании?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FDA36B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476428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0171B857" w14:textId="77777777" w:rsidR="00F8671E" w:rsidRDefault="00F8671E">
      <w:pPr>
        <w:spacing w:after="20"/>
      </w:pPr>
    </w:p>
    <w:p w14:paraId="02B99B61" w14:textId="77777777" w:rsidR="00F8671E" w:rsidRDefault="00000000">
      <w:pPr>
        <w:pStyle w:val="Question"/>
      </w:pPr>
      <w:r>
        <w:t>Има ли продукти с най-висок марж/приоритет?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F60E5A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8A8D7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3580330" w14:textId="77777777" w:rsidR="00F8671E" w:rsidRDefault="00F8671E">
      <w:pPr>
        <w:spacing w:after="20"/>
      </w:pPr>
    </w:p>
    <w:p w14:paraId="727F28CB" w14:textId="77777777" w:rsidR="00F8671E" w:rsidRDefault="00000000">
      <w:pPr>
        <w:pStyle w:val="Question"/>
      </w:pPr>
      <w:r>
        <w:t>Какво най-често търсят клиентите?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7DBDE3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4CE437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18E78080" w14:textId="77777777" w:rsidR="00F8671E" w:rsidRDefault="00F8671E">
      <w:pPr>
        <w:spacing w:after="20"/>
      </w:pPr>
    </w:p>
    <w:p w14:paraId="043976A9" w14:textId="77777777" w:rsidR="00F8671E" w:rsidRDefault="00000000">
      <w:pPr>
        <w:pStyle w:val="Question"/>
      </w:pPr>
      <w:r>
        <w:t>Имате ли продуктови снимки с постоянно качество?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3A835F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89E1C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72BED72" w14:textId="77777777" w:rsidR="00F8671E" w:rsidRDefault="00F8671E">
      <w:pPr>
        <w:spacing w:after="20"/>
      </w:pPr>
    </w:p>
    <w:p w14:paraId="7B4113A4" w14:textId="77777777" w:rsidR="00F8671E" w:rsidRDefault="00000000">
      <w:pPr>
        <w:pStyle w:val="Question"/>
      </w:pPr>
      <w:r>
        <w:t>Нужно ли е управление на наличности/таблици/каталози?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649E47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9B63A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BCD8B6E" w14:textId="77777777" w:rsidR="00F8671E" w:rsidRDefault="00F8671E">
      <w:pPr>
        <w:spacing w:after="20"/>
      </w:pPr>
    </w:p>
    <w:p w14:paraId="776AE6A1" w14:textId="77777777" w:rsidR="00F8671E" w:rsidRDefault="00000000">
      <w:pPr>
        <w:pStyle w:val="Heading2"/>
      </w:pPr>
      <w:r>
        <w:t>17.6 Недвижими имоти</w:t>
      </w:r>
    </w:p>
    <w:p w14:paraId="5B1EAF5D" w14:textId="77777777" w:rsidR="00F8671E" w:rsidRDefault="00000000">
      <w:pPr>
        <w:pStyle w:val="Question"/>
      </w:pPr>
      <w:r>
        <w:t>Работите ли с продажби, наеми или и двете?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36D1BD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3A6CCF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7BD2BEE1" w14:textId="77777777" w:rsidR="00F8671E" w:rsidRDefault="00F8671E">
      <w:pPr>
        <w:spacing w:after="20"/>
      </w:pPr>
    </w:p>
    <w:p w14:paraId="5EF1B685" w14:textId="77777777" w:rsidR="00F8671E" w:rsidRDefault="00000000">
      <w:pPr>
        <w:pStyle w:val="Question"/>
      </w:pPr>
      <w:r>
        <w:t>Как се приемат нови имоти и какви данни се събират?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171A8E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F4050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06A3563" w14:textId="77777777" w:rsidR="00F8671E" w:rsidRDefault="00F8671E">
      <w:pPr>
        <w:spacing w:after="20"/>
      </w:pPr>
    </w:p>
    <w:p w14:paraId="258ECDAA" w14:textId="77777777" w:rsidR="00F8671E" w:rsidRDefault="00000000">
      <w:pPr>
        <w:pStyle w:val="Question"/>
      </w:pPr>
      <w:r>
        <w:t>Имате ли стандарт за снимки, описания и рекламни материали?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389B5E6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74BD2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5513F086" w14:textId="77777777" w:rsidR="00F8671E" w:rsidRDefault="00F8671E">
      <w:pPr>
        <w:spacing w:after="20"/>
      </w:pPr>
    </w:p>
    <w:p w14:paraId="78FF38D1" w14:textId="77777777" w:rsidR="00F8671E" w:rsidRDefault="00000000">
      <w:pPr>
        <w:pStyle w:val="Question"/>
      </w:pPr>
      <w:r>
        <w:t>Как се следят запитвания, огледи и follow-up?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071E3FF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339898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C449350" w14:textId="77777777" w:rsidR="00F8671E" w:rsidRDefault="00F8671E">
      <w:pPr>
        <w:spacing w:after="20"/>
      </w:pPr>
    </w:p>
    <w:p w14:paraId="1DD45090" w14:textId="77777777" w:rsidR="00F8671E" w:rsidRDefault="00000000">
      <w:pPr>
        <w:pStyle w:val="Question"/>
      </w:pPr>
      <w:r>
        <w:t>Какви документи/шаблони се използват ежедневно?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802B105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523586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A4DEBC0" w14:textId="77777777" w:rsidR="00F8671E" w:rsidRDefault="00F8671E">
      <w:pPr>
        <w:spacing w:after="20"/>
      </w:pPr>
    </w:p>
    <w:p w14:paraId="2A5A03E9" w14:textId="77777777" w:rsidR="00F8671E" w:rsidRDefault="00000000">
      <w:pPr>
        <w:pStyle w:val="Question"/>
      </w:pPr>
      <w:r>
        <w:t>Кои райони/типове имоти са приоритет?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2A34AA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54CF58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4D746AF2" w14:textId="77777777" w:rsidR="00F8671E" w:rsidRDefault="00F8671E">
      <w:pPr>
        <w:spacing w:after="20"/>
      </w:pPr>
    </w:p>
    <w:p w14:paraId="0637A42E" w14:textId="77777777" w:rsidR="00F8671E" w:rsidRDefault="00000000">
      <w:pPr>
        <w:pStyle w:val="Question"/>
      </w:pPr>
      <w:r>
        <w:t>Какъв стил на комуникация трябва да има брандът?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C1E584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A23029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lastRenderedPageBreak/>
              <w:t xml:space="preserve"> </w:t>
            </w:r>
            <w:r>
              <w:br/>
              <w:t xml:space="preserve"> </w:t>
            </w:r>
          </w:p>
        </w:tc>
      </w:tr>
    </w:tbl>
    <w:p w14:paraId="232C9AC5" w14:textId="77777777" w:rsidR="00F8671E" w:rsidRDefault="00F8671E">
      <w:pPr>
        <w:spacing w:after="20"/>
      </w:pPr>
    </w:p>
    <w:p w14:paraId="013A334A" w14:textId="77777777" w:rsidR="00F8671E" w:rsidRDefault="00000000">
      <w:pPr>
        <w:pStyle w:val="Question"/>
      </w:pPr>
      <w:r>
        <w:t>Кои рекламни канали реално носят запитвания?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74BDF77B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CE487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36CC2C9F" w14:textId="77777777" w:rsidR="00F8671E" w:rsidRDefault="00F8671E">
      <w:pPr>
        <w:spacing w:after="20"/>
      </w:pPr>
    </w:p>
    <w:p w14:paraId="51D8A674" w14:textId="77777777" w:rsidR="00F8671E" w:rsidRDefault="00000000">
      <w:r>
        <w:br w:type="page"/>
      </w:r>
    </w:p>
    <w:p w14:paraId="7F76900C" w14:textId="77777777" w:rsidR="00F8671E" w:rsidRDefault="00000000">
      <w:pPr>
        <w:pStyle w:val="Heading1"/>
      </w:pPr>
      <w:r>
        <w:lastRenderedPageBreak/>
        <w:t>18. Финално уточняване и одобрение</w:t>
      </w:r>
    </w:p>
    <w:p w14:paraId="02810962" w14:textId="77777777" w:rsidR="00F8671E" w:rsidRDefault="00000000">
      <w:pPr>
        <w:spacing w:after="160"/>
      </w:pPr>
      <w:r>
        <w:rPr>
          <w:i/>
          <w:color w:val="465064"/>
        </w:rPr>
        <w:t>Попълва се след discovery разговора и преди оферта/старт.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F8671E" w14:paraId="588C1212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2B51B32B" w14:textId="77777777" w:rsidR="00F8671E" w:rsidRDefault="00000000">
            <w:r>
              <w:rPr>
                <w:b/>
              </w:rPr>
              <w:t>Клиент / фирма</w:t>
            </w:r>
          </w:p>
        </w:tc>
        <w:tc>
          <w:tcPr>
            <w:tcW w:w="2520" w:type="dxa"/>
          </w:tcPr>
          <w:p w14:paraId="785345CC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2DA99766" w14:textId="77777777" w:rsidR="00F8671E" w:rsidRDefault="00000000">
            <w:r>
              <w:rPr>
                <w:b/>
              </w:rPr>
              <w:t>Дата</w:t>
            </w:r>
          </w:p>
        </w:tc>
        <w:tc>
          <w:tcPr>
            <w:tcW w:w="2520" w:type="dxa"/>
          </w:tcPr>
          <w:p w14:paraId="5E21FA4C" w14:textId="77777777" w:rsidR="00F8671E" w:rsidRDefault="00000000">
            <w:r>
              <w:t xml:space="preserve"> </w:t>
            </w:r>
          </w:p>
        </w:tc>
      </w:tr>
      <w:tr w:rsidR="00F8671E" w14:paraId="4B83DC32" w14:textId="77777777">
        <w:trPr>
          <w:jc w:val="center"/>
        </w:trPr>
        <w:tc>
          <w:tcPr>
            <w:tcW w:w="2520" w:type="dxa"/>
            <w:shd w:val="clear" w:color="auto" w:fill="F3E8D5"/>
          </w:tcPr>
          <w:p w14:paraId="109E1BED" w14:textId="77777777" w:rsidR="00F8671E" w:rsidRDefault="00000000">
            <w:r>
              <w:rPr>
                <w:b/>
              </w:rPr>
              <w:t>Контактно лице</w:t>
            </w:r>
          </w:p>
        </w:tc>
        <w:tc>
          <w:tcPr>
            <w:tcW w:w="2520" w:type="dxa"/>
          </w:tcPr>
          <w:p w14:paraId="1CA20F58" w14:textId="77777777" w:rsidR="00F8671E" w:rsidRDefault="00000000">
            <w:r>
              <w:t xml:space="preserve"> </w:t>
            </w:r>
          </w:p>
        </w:tc>
        <w:tc>
          <w:tcPr>
            <w:tcW w:w="2520" w:type="dxa"/>
            <w:shd w:val="clear" w:color="auto" w:fill="F3E8D5"/>
          </w:tcPr>
          <w:p w14:paraId="103357F2" w14:textId="77777777" w:rsidR="00F8671E" w:rsidRDefault="00000000">
            <w:r>
              <w:rPr>
                <w:b/>
              </w:rPr>
              <w:t>Консултант Freeway</w:t>
            </w:r>
          </w:p>
        </w:tc>
        <w:tc>
          <w:tcPr>
            <w:tcW w:w="2520" w:type="dxa"/>
          </w:tcPr>
          <w:p w14:paraId="1CC1A280" w14:textId="77777777" w:rsidR="00F8671E" w:rsidRDefault="00000000">
            <w:r>
              <w:t xml:space="preserve"> </w:t>
            </w:r>
          </w:p>
        </w:tc>
      </w:tr>
    </w:tbl>
    <w:p w14:paraId="1CA33FE2" w14:textId="77777777" w:rsidR="00F8671E" w:rsidRDefault="00F8671E"/>
    <w:p w14:paraId="3DD69326" w14:textId="77777777" w:rsidR="00F8671E" w:rsidRDefault="00000000">
      <w:pPr>
        <w:pStyle w:val="Question"/>
      </w:pPr>
      <w:r>
        <w:t>Какъв е конкретният обхват на проекта?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5EC1C77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D7EEAC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5E0CF54B" w14:textId="77777777" w:rsidR="00F8671E" w:rsidRDefault="00F8671E">
      <w:pPr>
        <w:spacing w:after="20"/>
      </w:pPr>
    </w:p>
    <w:p w14:paraId="322B25F3" w14:textId="77777777" w:rsidR="00F8671E" w:rsidRDefault="00000000">
      <w:pPr>
        <w:pStyle w:val="Question"/>
      </w:pPr>
      <w:r>
        <w:t>Какво НЕ е включено в проекта?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21BF39E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5B9DBD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401DD98B" w14:textId="77777777" w:rsidR="00F8671E" w:rsidRDefault="00F8671E">
      <w:pPr>
        <w:spacing w:after="20"/>
      </w:pPr>
    </w:p>
    <w:p w14:paraId="542F75EC" w14:textId="77777777" w:rsidR="00F8671E" w:rsidRDefault="00000000">
      <w:pPr>
        <w:pStyle w:val="Question"/>
      </w:pPr>
      <w:r>
        <w:t>Кои материали трябва да предостави клиентът?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3071EF9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CBC310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133BE7FD" w14:textId="77777777" w:rsidR="00F8671E" w:rsidRDefault="00F8671E">
      <w:pPr>
        <w:spacing w:after="20"/>
      </w:pPr>
    </w:p>
    <w:p w14:paraId="7C3F8ADB" w14:textId="77777777" w:rsidR="00F8671E" w:rsidRDefault="00000000">
      <w:pPr>
        <w:pStyle w:val="Question"/>
      </w:pPr>
      <w:r>
        <w:t>Какви достъпи са необходими?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3358601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BEEB5F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606A7418" w14:textId="77777777" w:rsidR="00F8671E" w:rsidRDefault="00F8671E">
      <w:pPr>
        <w:spacing w:after="20"/>
      </w:pPr>
    </w:p>
    <w:p w14:paraId="6EF4A996" w14:textId="77777777" w:rsidR="00F8671E" w:rsidRDefault="00000000">
      <w:pPr>
        <w:pStyle w:val="Question"/>
      </w:pPr>
      <w:r>
        <w:t>Кои са ключовите срокове?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1094666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1ADCC6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</w:p>
        </w:tc>
      </w:tr>
    </w:tbl>
    <w:p w14:paraId="282877E6" w14:textId="77777777" w:rsidR="00F8671E" w:rsidRDefault="00F8671E">
      <w:pPr>
        <w:spacing w:after="20"/>
      </w:pPr>
    </w:p>
    <w:p w14:paraId="338C722B" w14:textId="77777777" w:rsidR="00F8671E" w:rsidRDefault="00000000">
      <w:pPr>
        <w:pStyle w:val="Question"/>
      </w:pPr>
      <w:r>
        <w:t>Колко кръга корекции са договорени?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6EB9372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04BDA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16843A9B" w14:textId="77777777" w:rsidR="00F8671E" w:rsidRDefault="00F8671E">
      <w:pPr>
        <w:spacing w:after="20"/>
      </w:pPr>
    </w:p>
    <w:p w14:paraId="69C91D01" w14:textId="77777777" w:rsidR="00F8671E" w:rsidRDefault="00000000">
      <w:pPr>
        <w:pStyle w:val="Question"/>
      </w:pPr>
      <w:r>
        <w:t>Кой дава финалното одобрение?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0CB9180D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6AA141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33DC719B" w14:textId="77777777" w:rsidR="00F8671E" w:rsidRDefault="00F8671E">
      <w:pPr>
        <w:spacing w:after="20"/>
      </w:pPr>
    </w:p>
    <w:p w14:paraId="2AFF1AB5" w14:textId="77777777" w:rsidR="00F8671E" w:rsidRDefault="00000000">
      <w:pPr>
        <w:pStyle w:val="Question"/>
      </w:pPr>
      <w:r>
        <w:t>Как ще комуникираме по време на проекта?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1510F1C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B04B9A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</w:p>
        </w:tc>
      </w:tr>
    </w:tbl>
    <w:p w14:paraId="7DBD9FE7" w14:textId="77777777" w:rsidR="00F8671E" w:rsidRDefault="00F8671E">
      <w:pPr>
        <w:spacing w:after="20"/>
      </w:pPr>
    </w:p>
    <w:p w14:paraId="6EAC4EFC" w14:textId="77777777" w:rsidR="00F8671E" w:rsidRDefault="00000000">
      <w:pPr>
        <w:pStyle w:val="Question"/>
      </w:pPr>
      <w:r>
        <w:t>Как ще се предават готовите файлове/материали?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5174779E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5F134E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lastRenderedPageBreak/>
              <w:t xml:space="preserve"> </w:t>
            </w:r>
            <w:r>
              <w:br/>
              <w:t xml:space="preserve"> </w:t>
            </w:r>
          </w:p>
        </w:tc>
      </w:tr>
    </w:tbl>
    <w:p w14:paraId="7C1DD1E5" w14:textId="77777777" w:rsidR="00F8671E" w:rsidRDefault="00F8671E">
      <w:pPr>
        <w:spacing w:after="20"/>
      </w:pPr>
    </w:p>
    <w:p w14:paraId="1F0A34CE" w14:textId="77777777" w:rsidR="00F8671E" w:rsidRDefault="00000000">
      <w:pPr>
        <w:pStyle w:val="Question"/>
      </w:pPr>
      <w:r>
        <w:t>Има ли разрешение Freeway да показва проекта в портфолио след публикуване?</w:t>
      </w:r>
    </w:p>
    <w:p w14:paraId="65988AFD" w14:textId="77777777" w:rsidR="00F8671E" w:rsidRDefault="00000000">
      <w:pPr>
        <w:spacing w:after="60"/>
        <w:ind w:left="115"/>
      </w:pPr>
      <w:r>
        <w:t>□ Да   □ Не   □ Само след допълнително одобрение</w:t>
      </w:r>
    </w:p>
    <w:p w14:paraId="2819090B" w14:textId="77777777" w:rsidR="00F8671E" w:rsidRDefault="00000000">
      <w:pPr>
        <w:pStyle w:val="Question"/>
      </w:pPr>
      <w:r>
        <w:t>Бележки / специални условия:</w:t>
      </w:r>
    </w:p>
    <w:tbl>
      <w:tblPr>
        <w:tblW w:w="0" w:type="auto"/>
        <w:jc w:val="center"/>
        <w:tblBorders>
          <w:top w:val="single" w:sz="5" w:space="0" w:color="D8C7C0"/>
          <w:left w:val="single" w:sz="5" w:space="0" w:color="D8C7C0"/>
          <w:bottom w:val="single" w:sz="5" w:space="0" w:color="D8C7C0"/>
          <w:right w:val="single" w:sz="5" w:space="0" w:color="D8C7C0"/>
          <w:insideH w:val="single" w:sz="5" w:space="0" w:color="D8C7C0"/>
          <w:insideV w:val="single" w:sz="5" w:space="0" w:color="D8C7C0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40CC8320" w14:textId="77777777">
        <w:trPr>
          <w:jc w:val="center"/>
        </w:trPr>
        <w:tc>
          <w:tcPr>
            <w:tcW w:w="10080" w:type="dxa"/>
            <w:shd w:val="clear" w:color="auto" w:fill="FAF7F1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7CAB82" w14:textId="77777777" w:rsidR="00F8671E" w:rsidRDefault="00000000">
            <w:pPr>
              <w:spacing w:after="0"/>
            </w:pPr>
            <w:r>
              <w:rPr>
                <w:color w:val="465064"/>
                <w:sz w:val="18"/>
              </w:rPr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  <w:r>
              <w:br/>
              <w:t xml:space="preserve"> </w:t>
            </w:r>
          </w:p>
        </w:tc>
      </w:tr>
    </w:tbl>
    <w:p w14:paraId="00CF47DB" w14:textId="77777777" w:rsidR="00F8671E" w:rsidRDefault="00F8671E">
      <w:pPr>
        <w:spacing w:after="20"/>
      </w:pPr>
    </w:p>
    <w:tbl>
      <w:tblPr>
        <w:tblW w:w="0" w:type="auto"/>
        <w:tblBorders>
          <w:top w:val="single" w:sz="6" w:space="0" w:color="D4AF6A"/>
          <w:left w:val="single" w:sz="6" w:space="0" w:color="D4AF6A"/>
          <w:bottom w:val="single" w:sz="6" w:space="0" w:color="D4AF6A"/>
          <w:right w:val="single" w:sz="6" w:space="0" w:color="D4AF6A"/>
          <w:insideH w:val="single" w:sz="6" w:space="0" w:color="D4AF6A"/>
          <w:insideV w:val="single" w:sz="6" w:space="0" w:color="D4AF6A"/>
        </w:tblBorders>
        <w:tblLook w:val="04A0" w:firstRow="1" w:lastRow="0" w:firstColumn="1" w:lastColumn="0" w:noHBand="0" w:noVBand="1"/>
      </w:tblPr>
      <w:tblGrid>
        <w:gridCol w:w="10080"/>
      </w:tblGrid>
      <w:tr w:rsidR="00F8671E" w14:paraId="61C6C0B0" w14:textId="77777777">
        <w:tc>
          <w:tcPr>
            <w:tcW w:w="10080" w:type="dxa"/>
            <w:shd w:val="clear" w:color="auto" w:fill="F3E8D5"/>
          </w:tcPr>
          <w:p w14:paraId="2B045F3F" w14:textId="77777777" w:rsidR="00F8671E" w:rsidRDefault="00000000">
            <w:r>
              <w:rPr>
                <w:b/>
              </w:rPr>
              <w:t>Вътрешно правило на Freeway: ако отговорите оставят неяснота за целта, аудиторията, посланието или усещането, проектът не преминава към дизайн, докато тези точки не бъдат изяснени.</w:t>
            </w:r>
          </w:p>
        </w:tc>
      </w:tr>
    </w:tbl>
    <w:p w14:paraId="20DB0C40" w14:textId="77777777" w:rsidR="00F8671E" w:rsidRDefault="00F8671E"/>
    <w:sectPr w:rsidR="00F8671E" w:rsidSect="00034616">
      <w:headerReference w:type="default" r:id="rId9"/>
      <w:footerReference w:type="default" r:id="rId10"/>
      <w:pgSz w:w="12240" w:h="15840"/>
      <w:pgMar w:top="936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15499" w14:textId="77777777" w:rsidR="00F246EA" w:rsidRDefault="00F246EA">
      <w:pPr>
        <w:spacing w:after="0" w:line="240" w:lineRule="auto"/>
      </w:pPr>
      <w:r>
        <w:separator/>
      </w:r>
    </w:p>
  </w:endnote>
  <w:endnote w:type="continuationSeparator" w:id="0">
    <w:p w14:paraId="77E9F215" w14:textId="77777777" w:rsidR="00F246EA" w:rsidRDefault="00F2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0197" w14:textId="77777777" w:rsidR="00F8671E" w:rsidRDefault="00000000">
    <w:pPr>
      <w:pStyle w:val="Footer"/>
      <w:jc w:val="center"/>
    </w:pPr>
    <w:r>
      <w:rPr>
        <w:color w:val="465064"/>
        <w:sz w:val="16"/>
      </w:rPr>
      <w:t>Freeway Business Consultancy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89541" w14:textId="77777777" w:rsidR="00F246EA" w:rsidRDefault="00F246EA">
      <w:pPr>
        <w:spacing w:after="0" w:line="240" w:lineRule="auto"/>
      </w:pPr>
      <w:r>
        <w:separator/>
      </w:r>
    </w:p>
  </w:footnote>
  <w:footnote w:type="continuationSeparator" w:id="0">
    <w:p w14:paraId="00C08B3E" w14:textId="77777777" w:rsidR="00F246EA" w:rsidRDefault="00F24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204B" w14:textId="77777777" w:rsidR="00F8671E" w:rsidRDefault="00000000">
    <w:pPr>
      <w:pStyle w:val="Header"/>
      <w:jc w:val="right"/>
    </w:pPr>
    <w:r>
      <w:rPr>
        <w:color w:val="D6A85F"/>
        <w:sz w:val="16"/>
      </w:rPr>
      <w:t xml:space="preserve">Freeway Creative </w:t>
    </w:r>
    <w:proofErr w:type="gramStart"/>
    <w:r>
      <w:rPr>
        <w:color w:val="D6A85F"/>
        <w:sz w:val="16"/>
      </w:rPr>
      <w:t>House  |</w:t>
    </w:r>
    <w:proofErr w:type="gramEnd"/>
    <w:r>
      <w:rPr>
        <w:color w:val="D6A85F"/>
        <w:sz w:val="16"/>
      </w:rPr>
      <w:t xml:space="preserve">  Client Discovery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75689363">
    <w:abstractNumId w:val="8"/>
  </w:num>
  <w:num w:numId="2" w16cid:durableId="1300262387">
    <w:abstractNumId w:val="6"/>
  </w:num>
  <w:num w:numId="3" w16cid:durableId="1598829982">
    <w:abstractNumId w:val="5"/>
  </w:num>
  <w:num w:numId="4" w16cid:durableId="873805018">
    <w:abstractNumId w:val="4"/>
  </w:num>
  <w:num w:numId="5" w16cid:durableId="2060282700">
    <w:abstractNumId w:val="7"/>
  </w:num>
  <w:num w:numId="6" w16cid:durableId="712538047">
    <w:abstractNumId w:val="3"/>
  </w:num>
  <w:num w:numId="7" w16cid:durableId="18893721">
    <w:abstractNumId w:val="2"/>
  </w:num>
  <w:num w:numId="8" w16cid:durableId="180827314">
    <w:abstractNumId w:val="1"/>
  </w:num>
  <w:num w:numId="9" w16cid:durableId="1798720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192E"/>
    <w:rsid w:val="0015074B"/>
    <w:rsid w:val="0016696A"/>
    <w:rsid w:val="00267A45"/>
    <w:rsid w:val="0029639D"/>
    <w:rsid w:val="00326F90"/>
    <w:rsid w:val="004715CE"/>
    <w:rsid w:val="00AA1D8D"/>
    <w:rsid w:val="00B47730"/>
    <w:rsid w:val="00CB0664"/>
    <w:rsid w:val="00D56B97"/>
    <w:rsid w:val="00F246EA"/>
    <w:rsid w:val="00F867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35EAAF"/>
  <w14:defaultImageDpi w14:val="300"/>
  <w15:docId w15:val="{FD124A69-EE95-4E58-A978-211AFD4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7243B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D6A85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/>
      <w:b/>
      <w:bCs/>
      <w:color w:val="46506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pPr>
      <w:spacing w:before="100" w:after="40"/>
    </w:pPr>
    <w:rPr>
      <w:rFonts w:ascii="Aptos" w:hAnsi="Aptos"/>
      <w:b/>
      <w:color w:val="17243B"/>
      <w:sz w:val="20"/>
    </w:rPr>
  </w:style>
  <w:style w:type="paragraph" w:customStyle="1" w:styleId="Small">
    <w:name w:val="Small"/>
    <w:pPr>
      <w:spacing w:after="40"/>
    </w:pPr>
    <w:rPr>
      <w:rFonts w:ascii="Aptos" w:hAnsi="Aptos"/>
      <w:color w:val="465064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4095</Words>
  <Characters>23347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Freeway Client Discovery Questionnaires</dc:title>
  <dc:subject>Български пакет въпросници за клиентско проучване</dc:subject>
  <dc:creator>Freeway Business Consultancy</dc:creator>
  <cp:keywords>Freeway, client discovery, questionnaire, branding, website, administration, Bulgaria</cp:keywords>
  <dc:description>generated by python-docx</dc:description>
  <cp:lastModifiedBy>Celtic Accommodation</cp:lastModifiedBy>
  <cp:revision>4</cp:revision>
  <dcterms:created xsi:type="dcterms:W3CDTF">2013-12-23T23:15:00Z</dcterms:created>
  <dcterms:modified xsi:type="dcterms:W3CDTF">2026-09-04T12:21:00Z</dcterms:modified>
  <cp:category/>
</cp:coreProperties>
</file>